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54B93" w14:textId="310CCBA9" w:rsidR="00EC4DD2" w:rsidRDefault="00AC66FD">
      <w:pPr>
        <w:pStyle w:val="Title"/>
      </w:pPr>
      <w:r>
        <w:t xml:space="preserve">Glasgow </w:t>
      </w:r>
      <w:r w:rsidR="00F47956">
        <w:t xml:space="preserve">CLP </w:t>
      </w:r>
      <w:r>
        <w:t>Directory</w:t>
      </w:r>
    </w:p>
    <w:tbl>
      <w:tblPr>
        <w:tblStyle w:val="TableGrid"/>
        <w:tblW w:w="12417" w:type="dxa"/>
        <w:tblLayout w:type="fixed"/>
        <w:tblLook w:val="04A0" w:firstRow="1" w:lastRow="0" w:firstColumn="1" w:lastColumn="0" w:noHBand="0" w:noVBand="1"/>
      </w:tblPr>
      <w:tblGrid>
        <w:gridCol w:w="1384"/>
        <w:gridCol w:w="2552"/>
        <w:gridCol w:w="3118"/>
        <w:gridCol w:w="1276"/>
        <w:gridCol w:w="1701"/>
        <w:gridCol w:w="2386"/>
      </w:tblGrid>
      <w:tr w:rsidR="00EC4DD2" w14:paraId="551E8942" w14:textId="77777777" w:rsidTr="00D85326">
        <w:tc>
          <w:tcPr>
            <w:tcW w:w="1384" w:type="dxa"/>
            <w:shd w:val="clear" w:color="auto" w:fill="DBE5F1" w:themeFill="accent1" w:themeFillTint="33"/>
          </w:tcPr>
          <w:p w14:paraId="06D59E8B" w14:textId="77777777" w:rsidR="00EC4DD2" w:rsidRDefault="00AC66FD">
            <w:r>
              <w:rPr>
                <w:b/>
              </w:rPr>
              <w:t>Locality</w:t>
            </w:r>
          </w:p>
        </w:tc>
        <w:tc>
          <w:tcPr>
            <w:tcW w:w="2552" w:type="dxa"/>
            <w:shd w:val="clear" w:color="auto" w:fill="DBE5F1" w:themeFill="accent1" w:themeFillTint="33"/>
          </w:tcPr>
          <w:p w14:paraId="7104F68D" w14:textId="77777777" w:rsidR="00EC4DD2" w:rsidRDefault="00AC66FD">
            <w:r>
              <w:rPr>
                <w:b/>
              </w:rPr>
              <w:t>Practice</w:t>
            </w:r>
          </w:p>
        </w:tc>
        <w:tc>
          <w:tcPr>
            <w:tcW w:w="3118" w:type="dxa"/>
            <w:shd w:val="clear" w:color="auto" w:fill="DBE5F1" w:themeFill="accent1" w:themeFillTint="33"/>
          </w:tcPr>
          <w:p w14:paraId="24C9A9C6" w14:textId="77777777" w:rsidR="00EC4DD2" w:rsidRDefault="00AC66FD">
            <w:r>
              <w:rPr>
                <w:b/>
              </w:rPr>
              <w:t>Practice Address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14:paraId="2737043A" w14:textId="77777777" w:rsidR="00EC4DD2" w:rsidRDefault="00AC66FD">
            <w:r>
              <w:rPr>
                <w:b/>
              </w:rPr>
              <w:t>Practice Phone</w:t>
            </w:r>
          </w:p>
        </w:tc>
        <w:tc>
          <w:tcPr>
            <w:tcW w:w="1701" w:type="dxa"/>
            <w:shd w:val="clear" w:color="auto" w:fill="DBE5F1" w:themeFill="accent1" w:themeFillTint="33"/>
          </w:tcPr>
          <w:p w14:paraId="7DAC069E" w14:textId="77777777" w:rsidR="00EC4DD2" w:rsidRDefault="00AC66FD">
            <w:r>
              <w:rPr>
                <w:b/>
              </w:rPr>
              <w:t>Community Link Worker (CLW)</w:t>
            </w:r>
          </w:p>
        </w:tc>
        <w:tc>
          <w:tcPr>
            <w:tcW w:w="2386" w:type="dxa"/>
            <w:shd w:val="clear" w:color="auto" w:fill="DBE5F1" w:themeFill="accent1" w:themeFillTint="33"/>
          </w:tcPr>
          <w:p w14:paraId="3BD086F9" w14:textId="49A639C2" w:rsidR="00EC4DD2" w:rsidRDefault="00AC66FD">
            <w:r>
              <w:rPr>
                <w:b/>
              </w:rPr>
              <w:t>CL</w:t>
            </w:r>
            <w:r w:rsidR="00FA371F">
              <w:rPr>
                <w:b/>
              </w:rPr>
              <w:t>W</w:t>
            </w:r>
            <w:r>
              <w:rPr>
                <w:b/>
              </w:rPr>
              <w:t xml:space="preserve"> Email</w:t>
            </w:r>
          </w:p>
        </w:tc>
      </w:tr>
      <w:tr w:rsidR="00EC4DD2" w14:paraId="01D4A0E3" w14:textId="77777777" w:rsidTr="00F47956">
        <w:tc>
          <w:tcPr>
            <w:tcW w:w="1384" w:type="dxa"/>
          </w:tcPr>
          <w:p w14:paraId="550FC9BB" w14:textId="77777777" w:rsidR="00EC4DD2" w:rsidRDefault="00AC66FD">
            <w:proofErr w:type="gramStart"/>
            <w:r>
              <w:t>North West</w:t>
            </w:r>
            <w:proofErr w:type="gramEnd"/>
          </w:p>
        </w:tc>
        <w:tc>
          <w:tcPr>
            <w:tcW w:w="2552" w:type="dxa"/>
          </w:tcPr>
          <w:p w14:paraId="13AB3096" w14:textId="77777777" w:rsidR="00EC4DD2" w:rsidRDefault="00AC66FD">
            <w:proofErr w:type="spellStart"/>
            <w:r>
              <w:t>Garscadden</w:t>
            </w:r>
            <w:proofErr w:type="spellEnd"/>
            <w:r>
              <w:t xml:space="preserve"> Burn Medical Practice</w:t>
            </w:r>
          </w:p>
        </w:tc>
        <w:tc>
          <w:tcPr>
            <w:tcW w:w="3118" w:type="dxa"/>
          </w:tcPr>
          <w:p w14:paraId="3366B5F2" w14:textId="77777777" w:rsidR="00EC4DD2" w:rsidRDefault="00AC66FD">
            <w:r>
              <w:t xml:space="preserve">Drumchapel Health Centre, 80-90 </w:t>
            </w:r>
            <w:proofErr w:type="spellStart"/>
            <w:r>
              <w:t>Kinfauns</w:t>
            </w:r>
            <w:proofErr w:type="spellEnd"/>
            <w:r>
              <w:t xml:space="preserve"> Drive, G15 7TS</w:t>
            </w:r>
          </w:p>
        </w:tc>
        <w:tc>
          <w:tcPr>
            <w:tcW w:w="1276" w:type="dxa"/>
          </w:tcPr>
          <w:p w14:paraId="0606A1BA" w14:textId="77777777" w:rsidR="00EC4DD2" w:rsidRDefault="00AC66FD">
            <w:r>
              <w:t>0141 211 6100</w:t>
            </w:r>
          </w:p>
        </w:tc>
        <w:tc>
          <w:tcPr>
            <w:tcW w:w="1701" w:type="dxa"/>
          </w:tcPr>
          <w:p w14:paraId="4B7409F6" w14:textId="77777777" w:rsidR="00EC4DD2" w:rsidRDefault="00AC66FD">
            <w:r>
              <w:t>James Littlejohn</w:t>
            </w:r>
            <w:r>
              <w:br/>
            </w:r>
          </w:p>
        </w:tc>
        <w:tc>
          <w:tcPr>
            <w:tcW w:w="2386" w:type="dxa"/>
          </w:tcPr>
          <w:p w14:paraId="68FAB24C" w14:textId="77777777" w:rsidR="00EC4DD2" w:rsidRDefault="00AC66FD">
            <w:r>
              <w:t>james.littlejohn@alliance-scotland.org.uk</w:t>
            </w:r>
          </w:p>
        </w:tc>
      </w:tr>
      <w:tr w:rsidR="00EC4DD2" w14:paraId="2BBF89E7" w14:textId="77777777" w:rsidTr="00F47956">
        <w:tc>
          <w:tcPr>
            <w:tcW w:w="1384" w:type="dxa"/>
            <w:shd w:val="clear" w:color="auto" w:fill="F7F7F7"/>
          </w:tcPr>
          <w:p w14:paraId="1FCC7302" w14:textId="77777777" w:rsidR="00EC4DD2" w:rsidRDefault="00AC66FD">
            <w:proofErr w:type="gramStart"/>
            <w:r>
              <w:t>North West</w:t>
            </w:r>
            <w:proofErr w:type="gramEnd"/>
          </w:p>
        </w:tc>
        <w:tc>
          <w:tcPr>
            <w:tcW w:w="2552" w:type="dxa"/>
            <w:shd w:val="clear" w:color="auto" w:fill="F7F7F7"/>
          </w:tcPr>
          <w:p w14:paraId="1BA0CB8D" w14:textId="77777777" w:rsidR="00EC4DD2" w:rsidRDefault="00AC66FD">
            <w:r>
              <w:t>Drs Foster, Logan and McDonald (formerly Drs Logan and McDonald)</w:t>
            </w:r>
          </w:p>
        </w:tc>
        <w:tc>
          <w:tcPr>
            <w:tcW w:w="3118" w:type="dxa"/>
            <w:shd w:val="clear" w:color="auto" w:fill="F7F7F7"/>
          </w:tcPr>
          <w:p w14:paraId="4C676161" w14:textId="77777777" w:rsidR="00EC4DD2" w:rsidRDefault="00AC66FD">
            <w:r>
              <w:t xml:space="preserve">Drumchapel Health Centre, 80/90 </w:t>
            </w:r>
            <w:proofErr w:type="spellStart"/>
            <w:r>
              <w:t>Kinfauns</w:t>
            </w:r>
            <w:proofErr w:type="spellEnd"/>
            <w:r>
              <w:t xml:space="preserve"> Drive, Glasgow, G15 7TS</w:t>
            </w:r>
          </w:p>
        </w:tc>
        <w:tc>
          <w:tcPr>
            <w:tcW w:w="1276" w:type="dxa"/>
            <w:shd w:val="clear" w:color="auto" w:fill="F7F7F7"/>
          </w:tcPr>
          <w:p w14:paraId="44604C35" w14:textId="77777777" w:rsidR="00EC4DD2" w:rsidRDefault="00AC66FD">
            <w:r>
              <w:t xml:space="preserve">0141 232 9155  </w:t>
            </w:r>
          </w:p>
        </w:tc>
        <w:tc>
          <w:tcPr>
            <w:tcW w:w="1701" w:type="dxa"/>
            <w:shd w:val="clear" w:color="auto" w:fill="F7F7F7"/>
          </w:tcPr>
          <w:p w14:paraId="6274B8ED" w14:textId="77777777" w:rsidR="00EC4DD2" w:rsidRDefault="00AC66FD">
            <w:r>
              <w:t>Deborah Treanor</w:t>
            </w:r>
          </w:p>
        </w:tc>
        <w:tc>
          <w:tcPr>
            <w:tcW w:w="2386" w:type="dxa"/>
            <w:shd w:val="clear" w:color="auto" w:fill="F7F7F7"/>
          </w:tcPr>
          <w:p w14:paraId="2D8CFCD0" w14:textId="4D39A5B3" w:rsidR="00EC4DD2" w:rsidRDefault="00AC66FD">
            <w:r>
              <w:t>deborah.treanor@alliance-scotland.org.uk</w:t>
            </w:r>
          </w:p>
        </w:tc>
      </w:tr>
      <w:tr w:rsidR="00EC4DD2" w14:paraId="0626B78A" w14:textId="77777777" w:rsidTr="00F47956">
        <w:tc>
          <w:tcPr>
            <w:tcW w:w="1384" w:type="dxa"/>
          </w:tcPr>
          <w:p w14:paraId="2F27DCF3" w14:textId="77777777" w:rsidR="00EC4DD2" w:rsidRDefault="00AC66FD">
            <w:proofErr w:type="gramStart"/>
            <w:r>
              <w:t>North West</w:t>
            </w:r>
            <w:proofErr w:type="gramEnd"/>
          </w:p>
        </w:tc>
        <w:tc>
          <w:tcPr>
            <w:tcW w:w="2552" w:type="dxa"/>
          </w:tcPr>
          <w:p w14:paraId="0342FC6D" w14:textId="77777777" w:rsidR="00EC4DD2" w:rsidRDefault="00AC66FD">
            <w:proofErr w:type="spellStart"/>
            <w:r>
              <w:t>Yoker</w:t>
            </w:r>
            <w:proofErr w:type="spellEnd"/>
            <w:r>
              <w:t xml:space="preserve"> Medical Centre</w:t>
            </w:r>
          </w:p>
        </w:tc>
        <w:tc>
          <w:tcPr>
            <w:tcW w:w="3118" w:type="dxa"/>
          </w:tcPr>
          <w:p w14:paraId="67081513" w14:textId="77777777" w:rsidR="00EC4DD2" w:rsidRDefault="00AC66FD">
            <w:r>
              <w:t>2383 Dumbarton Road, Glasgow, G14 0NT</w:t>
            </w:r>
          </w:p>
        </w:tc>
        <w:tc>
          <w:tcPr>
            <w:tcW w:w="1276" w:type="dxa"/>
          </w:tcPr>
          <w:p w14:paraId="324C948A" w14:textId="77777777" w:rsidR="00EC4DD2" w:rsidRDefault="00AC66FD">
            <w:r>
              <w:t xml:space="preserve">0141 211 6991 </w:t>
            </w:r>
          </w:p>
        </w:tc>
        <w:tc>
          <w:tcPr>
            <w:tcW w:w="1701" w:type="dxa"/>
          </w:tcPr>
          <w:p w14:paraId="21F654C5" w14:textId="77777777" w:rsidR="00EC4DD2" w:rsidRDefault="00AC66FD">
            <w:r>
              <w:t>Marilyn Byrne</w:t>
            </w:r>
          </w:p>
        </w:tc>
        <w:tc>
          <w:tcPr>
            <w:tcW w:w="2386" w:type="dxa"/>
          </w:tcPr>
          <w:p w14:paraId="44F66D4F" w14:textId="77777777" w:rsidR="00EC4DD2" w:rsidRDefault="00AC66FD">
            <w:r>
              <w:t>marilyn.byrne@alliance-scotland.org.uk</w:t>
            </w:r>
          </w:p>
        </w:tc>
      </w:tr>
      <w:tr w:rsidR="00EC4DD2" w14:paraId="0A03AC14" w14:textId="77777777" w:rsidTr="00F47956">
        <w:trPr>
          <w:trHeight w:val="1038"/>
        </w:trPr>
        <w:tc>
          <w:tcPr>
            <w:tcW w:w="1384" w:type="dxa"/>
            <w:shd w:val="clear" w:color="auto" w:fill="F7F7F7"/>
          </w:tcPr>
          <w:p w14:paraId="37ED7A3E" w14:textId="77777777" w:rsidR="00EC4DD2" w:rsidRDefault="00AC66FD">
            <w:proofErr w:type="gramStart"/>
            <w:r>
              <w:t>North West</w:t>
            </w:r>
            <w:proofErr w:type="gramEnd"/>
          </w:p>
        </w:tc>
        <w:tc>
          <w:tcPr>
            <w:tcW w:w="2552" w:type="dxa"/>
            <w:shd w:val="clear" w:color="auto" w:fill="F7F7F7"/>
          </w:tcPr>
          <w:p w14:paraId="02943C22" w14:textId="77777777" w:rsidR="00EC4DD2" w:rsidRDefault="00AC66FD">
            <w:proofErr w:type="spellStart"/>
            <w:r>
              <w:t>Kinfauns</w:t>
            </w:r>
            <w:proofErr w:type="spellEnd"/>
            <w:r>
              <w:t xml:space="preserve"> Medical Practice (formerly Drs Turnbull and Shotton) </w:t>
            </w:r>
          </w:p>
        </w:tc>
        <w:tc>
          <w:tcPr>
            <w:tcW w:w="3118" w:type="dxa"/>
            <w:shd w:val="clear" w:color="auto" w:fill="F7F7F7"/>
          </w:tcPr>
          <w:p w14:paraId="30DB3D8E" w14:textId="77777777" w:rsidR="00EC4DD2" w:rsidRDefault="00AC66FD">
            <w:r>
              <w:t xml:space="preserve">Drumchapel Health Centre, 80-90 </w:t>
            </w:r>
            <w:proofErr w:type="spellStart"/>
            <w:r>
              <w:t>Kinfauns</w:t>
            </w:r>
            <w:proofErr w:type="spellEnd"/>
            <w:r>
              <w:t xml:space="preserve"> Drive, G15 7TS</w:t>
            </w:r>
          </w:p>
        </w:tc>
        <w:tc>
          <w:tcPr>
            <w:tcW w:w="1276" w:type="dxa"/>
            <w:shd w:val="clear" w:color="auto" w:fill="F7F7F7"/>
          </w:tcPr>
          <w:p w14:paraId="08F9BD91" w14:textId="77777777" w:rsidR="00EC4DD2" w:rsidRDefault="00AC66FD">
            <w:r>
              <w:t>0141 211 6110</w:t>
            </w:r>
          </w:p>
        </w:tc>
        <w:tc>
          <w:tcPr>
            <w:tcW w:w="1701" w:type="dxa"/>
            <w:shd w:val="clear" w:color="auto" w:fill="F7F7F7"/>
          </w:tcPr>
          <w:p w14:paraId="6E58D1AA" w14:textId="77777777" w:rsidR="00EC4DD2" w:rsidRDefault="00AC66FD">
            <w:r>
              <w:t>Nuala Quinn-Ross/</w:t>
            </w:r>
            <w:r>
              <w:br/>
              <w:t>Rhye Fletcher</w:t>
            </w:r>
          </w:p>
        </w:tc>
        <w:tc>
          <w:tcPr>
            <w:tcW w:w="2386" w:type="dxa"/>
            <w:shd w:val="clear" w:color="auto" w:fill="F7F7F7"/>
          </w:tcPr>
          <w:p w14:paraId="02002A39" w14:textId="77777777" w:rsidR="00EC4DD2" w:rsidRDefault="00AC66FD">
            <w:r>
              <w:t>nuala.quinn-ross@alliance-scotland.org.uk /</w:t>
            </w:r>
            <w:r>
              <w:br/>
              <w:t>rhye.fletcher@alliance-scotland.org.uk</w:t>
            </w:r>
          </w:p>
        </w:tc>
      </w:tr>
      <w:tr w:rsidR="00EC4DD2" w14:paraId="7DB3601B" w14:textId="77777777" w:rsidTr="00F47956">
        <w:tc>
          <w:tcPr>
            <w:tcW w:w="1384" w:type="dxa"/>
          </w:tcPr>
          <w:p w14:paraId="683CDC2F" w14:textId="77777777" w:rsidR="00EC4DD2" w:rsidRDefault="00AC66FD">
            <w:proofErr w:type="gramStart"/>
            <w:r>
              <w:t>North West</w:t>
            </w:r>
            <w:proofErr w:type="gramEnd"/>
          </w:p>
        </w:tc>
        <w:tc>
          <w:tcPr>
            <w:tcW w:w="2552" w:type="dxa"/>
          </w:tcPr>
          <w:p w14:paraId="71F17BC3" w14:textId="77777777" w:rsidR="00EC4DD2" w:rsidRDefault="00AC66FD">
            <w:r>
              <w:t>Drs Gavin and Nimmo (formerly Drs Duffy and Morgan)</w:t>
            </w:r>
          </w:p>
        </w:tc>
        <w:tc>
          <w:tcPr>
            <w:tcW w:w="3118" w:type="dxa"/>
          </w:tcPr>
          <w:p w14:paraId="2B6EADA2" w14:textId="77777777" w:rsidR="00EC4DD2" w:rsidRDefault="00AC66FD">
            <w:r>
              <w:t xml:space="preserve">Drumchapel Health Centre, 80-90 </w:t>
            </w:r>
            <w:proofErr w:type="spellStart"/>
            <w:r>
              <w:t>Kinfauns</w:t>
            </w:r>
            <w:proofErr w:type="spellEnd"/>
            <w:r>
              <w:t xml:space="preserve"> Drive, G15 7TS</w:t>
            </w:r>
          </w:p>
        </w:tc>
        <w:tc>
          <w:tcPr>
            <w:tcW w:w="1276" w:type="dxa"/>
          </w:tcPr>
          <w:p w14:paraId="14991614" w14:textId="77777777" w:rsidR="00EC4DD2" w:rsidRDefault="00AC66FD">
            <w:r>
              <w:t>0141 211 6120</w:t>
            </w:r>
          </w:p>
        </w:tc>
        <w:tc>
          <w:tcPr>
            <w:tcW w:w="1701" w:type="dxa"/>
          </w:tcPr>
          <w:p w14:paraId="00215BFA" w14:textId="77777777" w:rsidR="00EC4DD2" w:rsidRDefault="00AC66FD">
            <w:r>
              <w:t>Elise Birks</w:t>
            </w:r>
          </w:p>
        </w:tc>
        <w:tc>
          <w:tcPr>
            <w:tcW w:w="2386" w:type="dxa"/>
          </w:tcPr>
          <w:p w14:paraId="02D48860" w14:textId="77777777" w:rsidR="00EC4DD2" w:rsidRDefault="00AC66FD">
            <w:r>
              <w:t xml:space="preserve">elise.birks@alliance-scotland.org.uk </w:t>
            </w:r>
          </w:p>
        </w:tc>
      </w:tr>
      <w:tr w:rsidR="00EC4DD2" w14:paraId="002B05B9" w14:textId="77777777" w:rsidTr="00F47956">
        <w:tc>
          <w:tcPr>
            <w:tcW w:w="1384" w:type="dxa"/>
            <w:shd w:val="clear" w:color="auto" w:fill="F7F7F7"/>
          </w:tcPr>
          <w:p w14:paraId="51B43D0F" w14:textId="77777777" w:rsidR="00EC4DD2" w:rsidRDefault="00AC66FD">
            <w:proofErr w:type="gramStart"/>
            <w:r>
              <w:t>North West</w:t>
            </w:r>
            <w:proofErr w:type="gramEnd"/>
          </w:p>
        </w:tc>
        <w:tc>
          <w:tcPr>
            <w:tcW w:w="2552" w:type="dxa"/>
            <w:shd w:val="clear" w:color="auto" w:fill="F7F7F7"/>
          </w:tcPr>
          <w:p w14:paraId="0AC08636" w14:textId="77777777" w:rsidR="00EC4DD2" w:rsidRDefault="00AC66FD">
            <w:r>
              <w:t xml:space="preserve">Drs Williams and Brown (formerly Drs Connolly and Harkins) </w:t>
            </w:r>
          </w:p>
        </w:tc>
        <w:tc>
          <w:tcPr>
            <w:tcW w:w="3118" w:type="dxa"/>
            <w:shd w:val="clear" w:color="auto" w:fill="F7F7F7"/>
          </w:tcPr>
          <w:p w14:paraId="037BF809" w14:textId="77777777" w:rsidR="00EC4DD2" w:rsidRDefault="00AC66FD">
            <w:r>
              <w:t xml:space="preserve">Drumchapel Health Centre, 80-90 </w:t>
            </w:r>
            <w:proofErr w:type="spellStart"/>
            <w:r>
              <w:t>Kinfauns</w:t>
            </w:r>
            <w:proofErr w:type="spellEnd"/>
            <w:r>
              <w:t xml:space="preserve"> Drive, G15 7TS</w:t>
            </w:r>
          </w:p>
        </w:tc>
        <w:tc>
          <w:tcPr>
            <w:tcW w:w="1276" w:type="dxa"/>
            <w:shd w:val="clear" w:color="auto" w:fill="F7F7F7"/>
          </w:tcPr>
          <w:p w14:paraId="4F3AF2AC" w14:textId="77777777" w:rsidR="00EC4DD2" w:rsidRDefault="00AC66FD">
            <w:r>
              <w:t>0141 211 6080</w:t>
            </w:r>
          </w:p>
        </w:tc>
        <w:tc>
          <w:tcPr>
            <w:tcW w:w="1701" w:type="dxa"/>
            <w:shd w:val="clear" w:color="auto" w:fill="F7F7F7"/>
          </w:tcPr>
          <w:p w14:paraId="0FE68B07" w14:textId="77777777" w:rsidR="00EC4DD2" w:rsidRDefault="00AC66FD">
            <w:r>
              <w:t>Gary Higgins</w:t>
            </w:r>
          </w:p>
        </w:tc>
        <w:tc>
          <w:tcPr>
            <w:tcW w:w="2386" w:type="dxa"/>
            <w:shd w:val="clear" w:color="auto" w:fill="F7F7F7"/>
          </w:tcPr>
          <w:p w14:paraId="5B400C42" w14:textId="77777777" w:rsidR="00EC4DD2" w:rsidRDefault="00AC66FD">
            <w:r>
              <w:t>Gary.Higgins@alliance-scotland.org.uk</w:t>
            </w:r>
          </w:p>
        </w:tc>
      </w:tr>
      <w:tr w:rsidR="00EC4DD2" w14:paraId="6E08DA29" w14:textId="77777777" w:rsidTr="00F47956">
        <w:tc>
          <w:tcPr>
            <w:tcW w:w="1384" w:type="dxa"/>
          </w:tcPr>
          <w:p w14:paraId="6C915406" w14:textId="77777777" w:rsidR="00EC4DD2" w:rsidRDefault="00AC66FD">
            <w:proofErr w:type="gramStart"/>
            <w:r>
              <w:t>North West</w:t>
            </w:r>
            <w:proofErr w:type="gramEnd"/>
          </w:p>
        </w:tc>
        <w:tc>
          <w:tcPr>
            <w:tcW w:w="2552" w:type="dxa"/>
          </w:tcPr>
          <w:p w14:paraId="6EB28BE9" w14:textId="77777777" w:rsidR="00EC4DD2" w:rsidRDefault="00AC66FD">
            <w:r>
              <w:t>Knightswood Medical Practice</w:t>
            </w:r>
          </w:p>
        </w:tc>
        <w:tc>
          <w:tcPr>
            <w:tcW w:w="3118" w:type="dxa"/>
          </w:tcPr>
          <w:p w14:paraId="23A9A890" w14:textId="77777777" w:rsidR="00EC4DD2" w:rsidRDefault="00AC66FD">
            <w:r>
              <w:t>1980 Great Western Rd, Glasgow G13 2SW</w:t>
            </w:r>
          </w:p>
        </w:tc>
        <w:tc>
          <w:tcPr>
            <w:tcW w:w="1276" w:type="dxa"/>
          </w:tcPr>
          <w:p w14:paraId="0BEEB8BF" w14:textId="77777777" w:rsidR="00EC4DD2" w:rsidRDefault="00AC66FD">
            <w:r>
              <w:t>0141 959 1196</w:t>
            </w:r>
          </w:p>
        </w:tc>
        <w:tc>
          <w:tcPr>
            <w:tcW w:w="1701" w:type="dxa"/>
          </w:tcPr>
          <w:p w14:paraId="41A09F46" w14:textId="77777777" w:rsidR="00EC4DD2" w:rsidRDefault="00AC66FD">
            <w:r>
              <w:t>Nuala Quinn-Ross</w:t>
            </w:r>
          </w:p>
        </w:tc>
        <w:tc>
          <w:tcPr>
            <w:tcW w:w="2386" w:type="dxa"/>
          </w:tcPr>
          <w:p w14:paraId="3B161861" w14:textId="77777777" w:rsidR="00EC4DD2" w:rsidRDefault="00AC66FD">
            <w:r>
              <w:t>nuala.quinn-ross@alliance-scotland.org.uk</w:t>
            </w:r>
          </w:p>
        </w:tc>
      </w:tr>
      <w:tr w:rsidR="00EC4DD2" w14:paraId="75C9E82D" w14:textId="77777777" w:rsidTr="00F47956">
        <w:tc>
          <w:tcPr>
            <w:tcW w:w="1384" w:type="dxa"/>
            <w:shd w:val="clear" w:color="auto" w:fill="F7F7F7"/>
          </w:tcPr>
          <w:p w14:paraId="5E0CBF01" w14:textId="77777777" w:rsidR="00EC4DD2" w:rsidRDefault="00AC66FD">
            <w:proofErr w:type="gramStart"/>
            <w:r>
              <w:t>North West</w:t>
            </w:r>
            <w:proofErr w:type="gramEnd"/>
          </w:p>
        </w:tc>
        <w:tc>
          <w:tcPr>
            <w:tcW w:w="2552" w:type="dxa"/>
            <w:shd w:val="clear" w:color="auto" w:fill="F7F7F7"/>
          </w:tcPr>
          <w:p w14:paraId="63379762" w14:textId="77777777" w:rsidR="00EC4DD2" w:rsidRDefault="00AC66FD">
            <w:r>
              <w:t xml:space="preserve">Barclay Knightswood (formerly The </w:t>
            </w:r>
            <w:proofErr w:type="spellStart"/>
            <w:r>
              <w:t>Cairntoul</w:t>
            </w:r>
            <w:proofErr w:type="spellEnd"/>
            <w:r>
              <w:t xml:space="preserve"> Practice)</w:t>
            </w:r>
          </w:p>
        </w:tc>
        <w:tc>
          <w:tcPr>
            <w:tcW w:w="3118" w:type="dxa"/>
            <w:shd w:val="clear" w:color="auto" w:fill="F7F7F7"/>
          </w:tcPr>
          <w:p w14:paraId="1B305662" w14:textId="77777777" w:rsidR="00EC4DD2" w:rsidRDefault="00AC66FD">
            <w:r>
              <w:t xml:space="preserve">9 </w:t>
            </w:r>
            <w:proofErr w:type="spellStart"/>
            <w:r>
              <w:t>Cairntoul</w:t>
            </w:r>
            <w:proofErr w:type="spellEnd"/>
            <w:r>
              <w:t xml:space="preserve"> Dr, Knightswood, Glasgow G14 0XT</w:t>
            </w:r>
          </w:p>
        </w:tc>
        <w:tc>
          <w:tcPr>
            <w:tcW w:w="1276" w:type="dxa"/>
            <w:shd w:val="clear" w:color="auto" w:fill="F7F7F7"/>
          </w:tcPr>
          <w:p w14:paraId="6EBC7AE3" w14:textId="77777777" w:rsidR="00EC4DD2" w:rsidRDefault="00AC66FD">
            <w:r>
              <w:t>0141 959 5519</w:t>
            </w:r>
          </w:p>
        </w:tc>
        <w:tc>
          <w:tcPr>
            <w:tcW w:w="1701" w:type="dxa"/>
            <w:shd w:val="clear" w:color="auto" w:fill="F7F7F7"/>
          </w:tcPr>
          <w:p w14:paraId="33F14A68" w14:textId="77777777" w:rsidR="00EC4DD2" w:rsidRDefault="00AC66FD">
            <w:r>
              <w:t>Deborah Treanor</w:t>
            </w:r>
          </w:p>
        </w:tc>
        <w:tc>
          <w:tcPr>
            <w:tcW w:w="2386" w:type="dxa"/>
            <w:shd w:val="clear" w:color="auto" w:fill="F7F7F7"/>
          </w:tcPr>
          <w:p w14:paraId="397FF823" w14:textId="77777777" w:rsidR="00EC4DD2" w:rsidRDefault="00AC66FD">
            <w:r>
              <w:t>deborah.treanor@alliance-scotland.org.uk</w:t>
            </w:r>
          </w:p>
        </w:tc>
      </w:tr>
      <w:tr w:rsidR="00EC4DD2" w14:paraId="2697C8D8" w14:textId="77777777" w:rsidTr="00F47956">
        <w:tc>
          <w:tcPr>
            <w:tcW w:w="1384" w:type="dxa"/>
          </w:tcPr>
          <w:p w14:paraId="0F2F0AF2" w14:textId="77777777" w:rsidR="00EC4DD2" w:rsidRDefault="00AC66FD">
            <w:proofErr w:type="gramStart"/>
            <w:r>
              <w:t>North West</w:t>
            </w:r>
            <w:proofErr w:type="gramEnd"/>
          </w:p>
        </w:tc>
        <w:tc>
          <w:tcPr>
            <w:tcW w:w="2552" w:type="dxa"/>
          </w:tcPr>
          <w:p w14:paraId="1E3AFFC7" w14:textId="77777777" w:rsidR="00EC4DD2" w:rsidRDefault="00AC66FD">
            <w:r>
              <w:t>Kingsway Medical Practice</w:t>
            </w:r>
          </w:p>
        </w:tc>
        <w:tc>
          <w:tcPr>
            <w:tcW w:w="3118" w:type="dxa"/>
          </w:tcPr>
          <w:p w14:paraId="3CEB476D" w14:textId="77777777" w:rsidR="00EC4DD2" w:rsidRDefault="00AC66FD">
            <w:r>
              <w:t>12 Kingsway Court, Glasgow G14 9DS</w:t>
            </w:r>
          </w:p>
          <w:p w14:paraId="0877BEE3" w14:textId="77777777" w:rsidR="00F47956" w:rsidRDefault="00F47956"/>
        </w:tc>
        <w:tc>
          <w:tcPr>
            <w:tcW w:w="1276" w:type="dxa"/>
          </w:tcPr>
          <w:p w14:paraId="2E5E8DB2" w14:textId="77777777" w:rsidR="00EC4DD2" w:rsidRDefault="00AC66FD">
            <w:r>
              <w:t>0141 959 6000</w:t>
            </w:r>
          </w:p>
        </w:tc>
        <w:tc>
          <w:tcPr>
            <w:tcW w:w="1701" w:type="dxa"/>
          </w:tcPr>
          <w:p w14:paraId="47CCD48D" w14:textId="77777777" w:rsidR="00EC4DD2" w:rsidRDefault="00AC66FD">
            <w:r>
              <w:t>Tommy McArthur</w:t>
            </w:r>
          </w:p>
        </w:tc>
        <w:tc>
          <w:tcPr>
            <w:tcW w:w="2386" w:type="dxa"/>
          </w:tcPr>
          <w:p w14:paraId="4E4F1C4C" w14:textId="77777777" w:rsidR="00EC4DD2" w:rsidRDefault="00AC66FD">
            <w:r>
              <w:t>Thomas.McArthur@alliance-scotland.org.uk</w:t>
            </w:r>
          </w:p>
        </w:tc>
      </w:tr>
      <w:tr w:rsidR="00EC4DD2" w14:paraId="6E5E9732" w14:textId="77777777" w:rsidTr="00F47956">
        <w:tc>
          <w:tcPr>
            <w:tcW w:w="1384" w:type="dxa"/>
            <w:shd w:val="clear" w:color="auto" w:fill="F7F7F7"/>
          </w:tcPr>
          <w:p w14:paraId="3008CA07" w14:textId="77777777" w:rsidR="00EC4DD2" w:rsidRDefault="00AC66FD">
            <w:proofErr w:type="gramStart"/>
            <w:r>
              <w:lastRenderedPageBreak/>
              <w:t>North West</w:t>
            </w:r>
            <w:proofErr w:type="gramEnd"/>
          </w:p>
        </w:tc>
        <w:tc>
          <w:tcPr>
            <w:tcW w:w="2552" w:type="dxa"/>
            <w:shd w:val="clear" w:color="auto" w:fill="F7F7F7"/>
          </w:tcPr>
          <w:p w14:paraId="67B4E00B" w14:textId="77777777" w:rsidR="00EC4DD2" w:rsidRDefault="00AC66FD">
            <w:proofErr w:type="spellStart"/>
            <w:r>
              <w:t>Whiteinch</w:t>
            </w:r>
            <w:proofErr w:type="spellEnd"/>
            <w:r>
              <w:t xml:space="preserve"> Medical Practice</w:t>
            </w:r>
          </w:p>
        </w:tc>
        <w:tc>
          <w:tcPr>
            <w:tcW w:w="3118" w:type="dxa"/>
            <w:shd w:val="clear" w:color="auto" w:fill="F7F7F7"/>
          </w:tcPr>
          <w:p w14:paraId="4D9C8EBA" w14:textId="77777777" w:rsidR="00EC4DD2" w:rsidRDefault="00AC66FD">
            <w:r>
              <w:t xml:space="preserve">1215 Dumbarton Rd, </w:t>
            </w:r>
            <w:proofErr w:type="spellStart"/>
            <w:r>
              <w:t>Whiteinch</w:t>
            </w:r>
            <w:proofErr w:type="spellEnd"/>
            <w:r>
              <w:t>, Glasgow G14 9UT</w:t>
            </w:r>
          </w:p>
        </w:tc>
        <w:tc>
          <w:tcPr>
            <w:tcW w:w="1276" w:type="dxa"/>
            <w:shd w:val="clear" w:color="auto" w:fill="F7F7F7"/>
          </w:tcPr>
          <w:p w14:paraId="344BA19F" w14:textId="77777777" w:rsidR="00EC4DD2" w:rsidRDefault="00AC66FD">
            <w:r>
              <w:t>0141 739 2556</w:t>
            </w:r>
          </w:p>
        </w:tc>
        <w:tc>
          <w:tcPr>
            <w:tcW w:w="1701" w:type="dxa"/>
            <w:shd w:val="clear" w:color="auto" w:fill="F7F7F7"/>
          </w:tcPr>
          <w:p w14:paraId="1369A5C4" w14:textId="77777777" w:rsidR="00EC4DD2" w:rsidRDefault="00AC66FD">
            <w:r>
              <w:t>Donna Reynolds</w:t>
            </w:r>
          </w:p>
        </w:tc>
        <w:tc>
          <w:tcPr>
            <w:tcW w:w="2386" w:type="dxa"/>
            <w:shd w:val="clear" w:color="auto" w:fill="F7F7F7"/>
          </w:tcPr>
          <w:p w14:paraId="3009B4D2" w14:textId="77777777" w:rsidR="00EC4DD2" w:rsidRDefault="00AC66FD">
            <w:r>
              <w:t>donna.reynolds@alliance-scotland.org.uk</w:t>
            </w:r>
          </w:p>
        </w:tc>
      </w:tr>
      <w:tr w:rsidR="00EC4DD2" w14:paraId="5548A039" w14:textId="77777777" w:rsidTr="00F47956">
        <w:tc>
          <w:tcPr>
            <w:tcW w:w="1384" w:type="dxa"/>
          </w:tcPr>
          <w:p w14:paraId="6B5EE945" w14:textId="77777777" w:rsidR="00EC4DD2" w:rsidRDefault="00AC66FD">
            <w:proofErr w:type="gramStart"/>
            <w:r>
              <w:t>North West</w:t>
            </w:r>
            <w:proofErr w:type="gramEnd"/>
          </w:p>
        </w:tc>
        <w:tc>
          <w:tcPr>
            <w:tcW w:w="2552" w:type="dxa"/>
          </w:tcPr>
          <w:p w14:paraId="31A5676C" w14:textId="77777777" w:rsidR="00EC4DD2" w:rsidRDefault="00AC66FD">
            <w:r>
              <w:t>Scotstoun Medical Practice</w:t>
            </w:r>
          </w:p>
        </w:tc>
        <w:tc>
          <w:tcPr>
            <w:tcW w:w="3118" w:type="dxa"/>
          </w:tcPr>
          <w:p w14:paraId="1D274E4F" w14:textId="77777777" w:rsidR="00EC4DD2" w:rsidRDefault="00AC66FD">
            <w:r>
              <w:t>1483-1485 Dumbarton Rd, Scotstoun, Glasgow G14 9XL</w:t>
            </w:r>
          </w:p>
        </w:tc>
        <w:tc>
          <w:tcPr>
            <w:tcW w:w="1276" w:type="dxa"/>
          </w:tcPr>
          <w:p w14:paraId="6280AB7C" w14:textId="77777777" w:rsidR="00EC4DD2" w:rsidRDefault="00AC66FD">
            <w:r>
              <w:t>0141 959 0375</w:t>
            </w:r>
          </w:p>
        </w:tc>
        <w:tc>
          <w:tcPr>
            <w:tcW w:w="1701" w:type="dxa"/>
          </w:tcPr>
          <w:p w14:paraId="70A96888" w14:textId="77777777" w:rsidR="00EC4DD2" w:rsidRDefault="00AC66FD">
            <w:r>
              <w:t>Donna Reynolds</w:t>
            </w:r>
          </w:p>
        </w:tc>
        <w:tc>
          <w:tcPr>
            <w:tcW w:w="2386" w:type="dxa"/>
          </w:tcPr>
          <w:p w14:paraId="47060174" w14:textId="77777777" w:rsidR="00EC4DD2" w:rsidRDefault="00AC66FD">
            <w:r>
              <w:t>donne.reynolds@alliance-scotland.org.uk</w:t>
            </w:r>
          </w:p>
        </w:tc>
      </w:tr>
      <w:tr w:rsidR="00EC4DD2" w14:paraId="764D5881" w14:textId="77777777" w:rsidTr="00F47956">
        <w:tc>
          <w:tcPr>
            <w:tcW w:w="1384" w:type="dxa"/>
            <w:shd w:val="clear" w:color="auto" w:fill="F7F7F7"/>
          </w:tcPr>
          <w:p w14:paraId="15BCBF6B" w14:textId="77777777" w:rsidR="00EC4DD2" w:rsidRDefault="00AC66FD">
            <w:proofErr w:type="gramStart"/>
            <w:r>
              <w:t>North West</w:t>
            </w:r>
            <w:proofErr w:type="gramEnd"/>
          </w:p>
        </w:tc>
        <w:tc>
          <w:tcPr>
            <w:tcW w:w="2552" w:type="dxa"/>
            <w:shd w:val="clear" w:color="auto" w:fill="F7F7F7"/>
          </w:tcPr>
          <w:p w14:paraId="412F388E" w14:textId="77777777" w:rsidR="00EC4DD2" w:rsidRDefault="00AC66FD">
            <w:r>
              <w:t>Allander Surgery</w:t>
            </w:r>
          </w:p>
        </w:tc>
        <w:tc>
          <w:tcPr>
            <w:tcW w:w="3118" w:type="dxa"/>
            <w:shd w:val="clear" w:color="auto" w:fill="F7F7F7"/>
          </w:tcPr>
          <w:p w14:paraId="387E1A80" w14:textId="77777777" w:rsidR="00EC4DD2" w:rsidRDefault="00AC66FD">
            <w:r>
              <w:t xml:space="preserve">191 Denmark Street, </w:t>
            </w:r>
            <w:proofErr w:type="spellStart"/>
            <w:r>
              <w:t>Possilpark</w:t>
            </w:r>
            <w:proofErr w:type="spellEnd"/>
            <w:r>
              <w:t>, G22 5SS</w:t>
            </w:r>
          </w:p>
        </w:tc>
        <w:tc>
          <w:tcPr>
            <w:tcW w:w="1276" w:type="dxa"/>
            <w:shd w:val="clear" w:color="auto" w:fill="F7F7F7"/>
          </w:tcPr>
          <w:p w14:paraId="2279421B" w14:textId="77777777" w:rsidR="00EC4DD2" w:rsidRDefault="00AC66FD">
            <w:r>
              <w:t>0141 336 8038</w:t>
            </w:r>
          </w:p>
        </w:tc>
        <w:tc>
          <w:tcPr>
            <w:tcW w:w="1701" w:type="dxa"/>
            <w:shd w:val="clear" w:color="auto" w:fill="F7F7F7"/>
          </w:tcPr>
          <w:p w14:paraId="0F375091" w14:textId="77777777" w:rsidR="00EC4DD2" w:rsidRDefault="00AC66FD">
            <w:r>
              <w:t>Gary Nelson</w:t>
            </w:r>
          </w:p>
        </w:tc>
        <w:tc>
          <w:tcPr>
            <w:tcW w:w="2386" w:type="dxa"/>
            <w:shd w:val="clear" w:color="auto" w:fill="F7F7F7"/>
          </w:tcPr>
          <w:p w14:paraId="2797532F" w14:textId="77777777" w:rsidR="00EC4DD2" w:rsidRDefault="00AC66FD">
            <w:r>
              <w:t>gary.nelson@alliance-scotland.org.uk</w:t>
            </w:r>
          </w:p>
        </w:tc>
      </w:tr>
      <w:tr w:rsidR="00EC4DD2" w14:paraId="1C21500B" w14:textId="77777777" w:rsidTr="00F47956">
        <w:tc>
          <w:tcPr>
            <w:tcW w:w="1384" w:type="dxa"/>
          </w:tcPr>
          <w:p w14:paraId="165E58E0" w14:textId="77777777" w:rsidR="00EC4DD2" w:rsidRDefault="00AC66FD">
            <w:proofErr w:type="gramStart"/>
            <w:r>
              <w:t>North West</w:t>
            </w:r>
            <w:proofErr w:type="gramEnd"/>
          </w:p>
        </w:tc>
        <w:tc>
          <w:tcPr>
            <w:tcW w:w="2552" w:type="dxa"/>
          </w:tcPr>
          <w:p w14:paraId="243911AA" w14:textId="77777777" w:rsidR="00EC4DD2" w:rsidRDefault="00AC66FD">
            <w:proofErr w:type="spellStart"/>
            <w:r>
              <w:t>Keppoch</w:t>
            </w:r>
            <w:proofErr w:type="spellEnd"/>
            <w:r>
              <w:t xml:space="preserve"> Practice</w:t>
            </w:r>
          </w:p>
        </w:tc>
        <w:tc>
          <w:tcPr>
            <w:tcW w:w="3118" w:type="dxa"/>
          </w:tcPr>
          <w:p w14:paraId="521D1917" w14:textId="77777777" w:rsidR="00EC4DD2" w:rsidRDefault="00AC66FD">
            <w:proofErr w:type="spellStart"/>
            <w:r>
              <w:t>Possilpark</w:t>
            </w:r>
            <w:proofErr w:type="spellEnd"/>
            <w:r>
              <w:t xml:space="preserve"> Health Centre, 99 Saracen Street, G22 5AP</w:t>
            </w:r>
          </w:p>
        </w:tc>
        <w:tc>
          <w:tcPr>
            <w:tcW w:w="1276" w:type="dxa"/>
          </w:tcPr>
          <w:p w14:paraId="510E7826" w14:textId="77777777" w:rsidR="00EC4DD2" w:rsidRDefault="00AC66FD">
            <w:r>
              <w:t>0141 800 0840</w:t>
            </w:r>
          </w:p>
        </w:tc>
        <w:tc>
          <w:tcPr>
            <w:tcW w:w="1701" w:type="dxa"/>
          </w:tcPr>
          <w:p w14:paraId="1DF7C139" w14:textId="77777777" w:rsidR="00EC4DD2" w:rsidRDefault="00AC66FD">
            <w:r>
              <w:t>Carol Timmins</w:t>
            </w:r>
          </w:p>
        </w:tc>
        <w:tc>
          <w:tcPr>
            <w:tcW w:w="2386" w:type="dxa"/>
          </w:tcPr>
          <w:p w14:paraId="098F63D9" w14:textId="77777777" w:rsidR="00EC4DD2" w:rsidRDefault="00AC66FD">
            <w:r>
              <w:t>carol.timmins@alliance-scotland.org.uk</w:t>
            </w:r>
          </w:p>
        </w:tc>
      </w:tr>
      <w:tr w:rsidR="00EC4DD2" w14:paraId="4E3CF55A" w14:textId="77777777" w:rsidTr="00F47956">
        <w:tc>
          <w:tcPr>
            <w:tcW w:w="1384" w:type="dxa"/>
            <w:shd w:val="clear" w:color="auto" w:fill="F7F7F7"/>
          </w:tcPr>
          <w:p w14:paraId="58C7983E" w14:textId="77777777" w:rsidR="00EC4DD2" w:rsidRDefault="00AC66FD">
            <w:proofErr w:type="gramStart"/>
            <w:r>
              <w:t>North West</w:t>
            </w:r>
            <w:proofErr w:type="gramEnd"/>
          </w:p>
        </w:tc>
        <w:tc>
          <w:tcPr>
            <w:tcW w:w="2552" w:type="dxa"/>
            <w:shd w:val="clear" w:color="auto" w:fill="F7F7F7"/>
          </w:tcPr>
          <w:p w14:paraId="2EAF5625" w14:textId="77777777" w:rsidR="00EC4DD2" w:rsidRDefault="00AC66FD">
            <w:r>
              <w:t>Balmore Surgery</w:t>
            </w:r>
          </w:p>
        </w:tc>
        <w:tc>
          <w:tcPr>
            <w:tcW w:w="3118" w:type="dxa"/>
            <w:shd w:val="clear" w:color="auto" w:fill="F7F7F7"/>
          </w:tcPr>
          <w:p w14:paraId="251E5690" w14:textId="77777777" w:rsidR="00EC4DD2" w:rsidRDefault="00AC66FD">
            <w:proofErr w:type="spellStart"/>
            <w:r>
              <w:t>Possilpark</w:t>
            </w:r>
            <w:proofErr w:type="spellEnd"/>
            <w:r>
              <w:t xml:space="preserve"> Health Centre, 99 Saracen Street, G22 5AP</w:t>
            </w:r>
          </w:p>
        </w:tc>
        <w:tc>
          <w:tcPr>
            <w:tcW w:w="1276" w:type="dxa"/>
            <w:shd w:val="clear" w:color="auto" w:fill="F7F7F7"/>
          </w:tcPr>
          <w:p w14:paraId="722C1690" w14:textId="77777777" w:rsidR="00EC4DD2" w:rsidRDefault="00AC66FD">
            <w:r>
              <w:t>0141 800 0800</w:t>
            </w:r>
          </w:p>
        </w:tc>
        <w:tc>
          <w:tcPr>
            <w:tcW w:w="1701" w:type="dxa"/>
            <w:shd w:val="clear" w:color="auto" w:fill="F7F7F7"/>
          </w:tcPr>
          <w:p w14:paraId="5E51AAC2" w14:textId="77777777" w:rsidR="00EC4DD2" w:rsidRDefault="00AC66FD">
            <w:r>
              <w:t>Fiona Farris</w:t>
            </w:r>
          </w:p>
        </w:tc>
        <w:tc>
          <w:tcPr>
            <w:tcW w:w="2386" w:type="dxa"/>
            <w:shd w:val="clear" w:color="auto" w:fill="F7F7F7"/>
          </w:tcPr>
          <w:p w14:paraId="7EE8F8D7" w14:textId="77777777" w:rsidR="00EC4DD2" w:rsidRDefault="00AC66FD">
            <w:r>
              <w:t>fiona.farris@alliance-scotland.org.uk</w:t>
            </w:r>
          </w:p>
        </w:tc>
      </w:tr>
      <w:tr w:rsidR="00EC4DD2" w14:paraId="3F6AA9BC" w14:textId="77777777" w:rsidTr="00F47956">
        <w:tc>
          <w:tcPr>
            <w:tcW w:w="1384" w:type="dxa"/>
          </w:tcPr>
          <w:p w14:paraId="19F1E9C9" w14:textId="77777777" w:rsidR="00EC4DD2" w:rsidRDefault="00AC66FD">
            <w:proofErr w:type="gramStart"/>
            <w:r>
              <w:t>North West</w:t>
            </w:r>
            <w:proofErr w:type="gramEnd"/>
          </w:p>
        </w:tc>
        <w:tc>
          <w:tcPr>
            <w:tcW w:w="2552" w:type="dxa"/>
          </w:tcPr>
          <w:p w14:paraId="5B8A1D7C" w14:textId="77777777" w:rsidR="00EC4DD2" w:rsidRDefault="00AC66FD">
            <w:r>
              <w:t>Barclay Medical Practice</w:t>
            </w:r>
          </w:p>
        </w:tc>
        <w:tc>
          <w:tcPr>
            <w:tcW w:w="3118" w:type="dxa"/>
          </w:tcPr>
          <w:p w14:paraId="117A2873" w14:textId="77777777" w:rsidR="00EC4DD2" w:rsidRDefault="00AC66FD">
            <w:r>
              <w:t xml:space="preserve">Maryhill Health And Care Centre, 51 </w:t>
            </w:r>
            <w:proofErr w:type="spellStart"/>
            <w:r>
              <w:t>Gairbraid</w:t>
            </w:r>
            <w:proofErr w:type="spellEnd"/>
            <w:r>
              <w:t xml:space="preserve"> Ave, Glasgow G20 8FB</w:t>
            </w:r>
          </w:p>
        </w:tc>
        <w:tc>
          <w:tcPr>
            <w:tcW w:w="1276" w:type="dxa"/>
          </w:tcPr>
          <w:p w14:paraId="78983126" w14:textId="77777777" w:rsidR="00EC4DD2" w:rsidRDefault="00AC66FD">
            <w:r>
              <w:t>0141 941 0999</w:t>
            </w:r>
          </w:p>
        </w:tc>
        <w:tc>
          <w:tcPr>
            <w:tcW w:w="1701" w:type="dxa"/>
          </w:tcPr>
          <w:p w14:paraId="5E8071A6" w14:textId="77777777" w:rsidR="00EC4DD2" w:rsidRDefault="00AC66FD">
            <w:r>
              <w:t xml:space="preserve">Marcus </w:t>
            </w:r>
            <w:proofErr w:type="spellStart"/>
            <w:r>
              <w:t>Marsigliese</w:t>
            </w:r>
            <w:proofErr w:type="spellEnd"/>
          </w:p>
        </w:tc>
        <w:tc>
          <w:tcPr>
            <w:tcW w:w="2386" w:type="dxa"/>
          </w:tcPr>
          <w:p w14:paraId="15438681" w14:textId="77777777" w:rsidR="00EC4DD2" w:rsidRDefault="00AC66FD">
            <w:r>
              <w:t>Marcus.Marsigliese@alliance-scotland.org.uk</w:t>
            </w:r>
          </w:p>
        </w:tc>
      </w:tr>
      <w:tr w:rsidR="00EC4DD2" w14:paraId="76E371AB" w14:textId="77777777" w:rsidTr="00F47956">
        <w:tc>
          <w:tcPr>
            <w:tcW w:w="1384" w:type="dxa"/>
            <w:shd w:val="clear" w:color="auto" w:fill="F7F7F7"/>
          </w:tcPr>
          <w:p w14:paraId="5E42FD1C" w14:textId="77777777" w:rsidR="00EC4DD2" w:rsidRDefault="00AC66FD">
            <w:proofErr w:type="gramStart"/>
            <w:r>
              <w:t>North West</w:t>
            </w:r>
            <w:proofErr w:type="gramEnd"/>
          </w:p>
        </w:tc>
        <w:tc>
          <w:tcPr>
            <w:tcW w:w="2552" w:type="dxa"/>
            <w:shd w:val="clear" w:color="auto" w:fill="F7F7F7"/>
          </w:tcPr>
          <w:p w14:paraId="72CEE82B" w14:textId="77777777" w:rsidR="00EC4DD2" w:rsidRDefault="00AC66FD">
            <w:proofErr w:type="spellStart"/>
            <w:r>
              <w:t>Garbraid</w:t>
            </w:r>
            <w:proofErr w:type="spellEnd"/>
            <w:r>
              <w:t xml:space="preserve"> Medical Practice</w:t>
            </w:r>
          </w:p>
        </w:tc>
        <w:tc>
          <w:tcPr>
            <w:tcW w:w="3118" w:type="dxa"/>
            <w:shd w:val="clear" w:color="auto" w:fill="F7F7F7"/>
          </w:tcPr>
          <w:p w14:paraId="1E1AC5E6" w14:textId="77777777" w:rsidR="00EC4DD2" w:rsidRDefault="00AC66FD">
            <w:r>
              <w:t xml:space="preserve">Maryhill Health And Care Centre, 51 </w:t>
            </w:r>
            <w:proofErr w:type="spellStart"/>
            <w:r>
              <w:t>Gairbraid</w:t>
            </w:r>
            <w:proofErr w:type="spellEnd"/>
            <w:r>
              <w:t xml:space="preserve"> Ave, Glasgow G20 8FB</w:t>
            </w:r>
          </w:p>
        </w:tc>
        <w:tc>
          <w:tcPr>
            <w:tcW w:w="1276" w:type="dxa"/>
            <w:shd w:val="clear" w:color="auto" w:fill="F7F7F7"/>
          </w:tcPr>
          <w:p w14:paraId="598D4D41" w14:textId="77777777" w:rsidR="00EC4DD2" w:rsidRDefault="00AC66FD">
            <w:r>
              <w:t>0141 465 1919</w:t>
            </w:r>
          </w:p>
        </w:tc>
        <w:tc>
          <w:tcPr>
            <w:tcW w:w="1701" w:type="dxa"/>
            <w:shd w:val="clear" w:color="auto" w:fill="F7F7F7"/>
          </w:tcPr>
          <w:p w14:paraId="2463F546" w14:textId="77777777" w:rsidR="00EC4DD2" w:rsidRDefault="00AC66FD">
            <w:r>
              <w:t>Elaine Hutcheson</w:t>
            </w:r>
          </w:p>
        </w:tc>
        <w:tc>
          <w:tcPr>
            <w:tcW w:w="2386" w:type="dxa"/>
            <w:shd w:val="clear" w:color="auto" w:fill="F7F7F7"/>
          </w:tcPr>
          <w:p w14:paraId="7D06168C" w14:textId="77777777" w:rsidR="00EC4DD2" w:rsidRDefault="00AC66FD">
            <w:r>
              <w:t>Elaine.Hutcheson@alliance-scotland.org.uk</w:t>
            </w:r>
          </w:p>
        </w:tc>
      </w:tr>
      <w:tr w:rsidR="00EC4DD2" w14:paraId="23046783" w14:textId="77777777" w:rsidTr="00F47956">
        <w:tc>
          <w:tcPr>
            <w:tcW w:w="1384" w:type="dxa"/>
          </w:tcPr>
          <w:p w14:paraId="6691E699" w14:textId="77777777" w:rsidR="00EC4DD2" w:rsidRDefault="00AC66FD">
            <w:proofErr w:type="gramStart"/>
            <w:r>
              <w:t>North West</w:t>
            </w:r>
            <w:proofErr w:type="gramEnd"/>
          </w:p>
        </w:tc>
        <w:tc>
          <w:tcPr>
            <w:tcW w:w="2552" w:type="dxa"/>
          </w:tcPr>
          <w:p w14:paraId="1EC6E635" w14:textId="77777777" w:rsidR="00EC4DD2" w:rsidRDefault="00AC66FD">
            <w:r>
              <w:t>The Firhill Practice</w:t>
            </w:r>
          </w:p>
        </w:tc>
        <w:tc>
          <w:tcPr>
            <w:tcW w:w="3118" w:type="dxa"/>
          </w:tcPr>
          <w:p w14:paraId="6A1EE78F" w14:textId="77777777" w:rsidR="00EC4DD2" w:rsidRDefault="00AC66FD">
            <w:r>
              <w:t xml:space="preserve">Woodside Health and Care Centre, 891 </w:t>
            </w:r>
            <w:proofErr w:type="spellStart"/>
            <w:r>
              <w:t>Garscube</w:t>
            </w:r>
            <w:proofErr w:type="spellEnd"/>
            <w:r>
              <w:t xml:space="preserve"> Rd, Glasgow G20 7ET</w:t>
            </w:r>
          </w:p>
        </w:tc>
        <w:tc>
          <w:tcPr>
            <w:tcW w:w="1276" w:type="dxa"/>
          </w:tcPr>
          <w:p w14:paraId="704F1F00" w14:textId="77777777" w:rsidR="00EC4DD2" w:rsidRDefault="00AC66FD">
            <w:r>
              <w:t>0141 201 5600</w:t>
            </w:r>
          </w:p>
        </w:tc>
        <w:tc>
          <w:tcPr>
            <w:tcW w:w="1701" w:type="dxa"/>
          </w:tcPr>
          <w:p w14:paraId="35D194B2" w14:textId="77777777" w:rsidR="00EC4DD2" w:rsidRDefault="00AC66FD">
            <w:r>
              <w:t>Kerry Gracie</w:t>
            </w:r>
          </w:p>
        </w:tc>
        <w:tc>
          <w:tcPr>
            <w:tcW w:w="2386" w:type="dxa"/>
          </w:tcPr>
          <w:p w14:paraId="02A32449" w14:textId="77777777" w:rsidR="00EC4DD2" w:rsidRDefault="00AC66FD">
            <w:r>
              <w:t>kerry.gracie@alliance-scotland.org.uk</w:t>
            </w:r>
          </w:p>
        </w:tc>
      </w:tr>
      <w:tr w:rsidR="00EC4DD2" w14:paraId="49F941B2" w14:textId="77777777" w:rsidTr="00F47956">
        <w:tc>
          <w:tcPr>
            <w:tcW w:w="1384" w:type="dxa"/>
            <w:shd w:val="clear" w:color="auto" w:fill="F7F7F7"/>
          </w:tcPr>
          <w:p w14:paraId="31DE51E6" w14:textId="77777777" w:rsidR="00EC4DD2" w:rsidRDefault="00AC66FD">
            <w:proofErr w:type="gramStart"/>
            <w:r>
              <w:t>North West</w:t>
            </w:r>
            <w:proofErr w:type="gramEnd"/>
          </w:p>
        </w:tc>
        <w:tc>
          <w:tcPr>
            <w:tcW w:w="2552" w:type="dxa"/>
            <w:shd w:val="clear" w:color="auto" w:fill="F7F7F7"/>
          </w:tcPr>
          <w:p w14:paraId="1909FB16" w14:textId="77777777" w:rsidR="00EC4DD2" w:rsidRDefault="00AC66FD">
            <w:r>
              <w:t>Maryhill Red Practice</w:t>
            </w:r>
          </w:p>
        </w:tc>
        <w:tc>
          <w:tcPr>
            <w:tcW w:w="3118" w:type="dxa"/>
            <w:shd w:val="clear" w:color="auto" w:fill="F7F7F7"/>
          </w:tcPr>
          <w:p w14:paraId="72C525FD" w14:textId="77777777" w:rsidR="00EC4DD2" w:rsidRDefault="00AC66FD">
            <w:r>
              <w:t xml:space="preserve">Maryhill Health And Care Centre, 51 </w:t>
            </w:r>
            <w:proofErr w:type="spellStart"/>
            <w:r>
              <w:t>Gairbraid</w:t>
            </w:r>
            <w:proofErr w:type="spellEnd"/>
            <w:r>
              <w:t xml:space="preserve"> Ave, Glasgow G20 8YA</w:t>
            </w:r>
          </w:p>
        </w:tc>
        <w:tc>
          <w:tcPr>
            <w:tcW w:w="1276" w:type="dxa"/>
            <w:shd w:val="clear" w:color="auto" w:fill="F7F7F7"/>
          </w:tcPr>
          <w:p w14:paraId="59BD1F46" w14:textId="77777777" w:rsidR="00EC4DD2" w:rsidRDefault="00AC66FD">
            <w:r>
              <w:t>0141 451 2830</w:t>
            </w:r>
          </w:p>
        </w:tc>
        <w:tc>
          <w:tcPr>
            <w:tcW w:w="1701" w:type="dxa"/>
            <w:shd w:val="clear" w:color="auto" w:fill="F7F7F7"/>
          </w:tcPr>
          <w:p w14:paraId="72A37D3B" w14:textId="77777777" w:rsidR="00EC4DD2" w:rsidRDefault="00AC66FD">
            <w:r>
              <w:t>Amanjit Hiran</w:t>
            </w:r>
          </w:p>
        </w:tc>
        <w:tc>
          <w:tcPr>
            <w:tcW w:w="2386" w:type="dxa"/>
            <w:shd w:val="clear" w:color="auto" w:fill="F7F7F7"/>
          </w:tcPr>
          <w:p w14:paraId="23BB0E27" w14:textId="77777777" w:rsidR="00EC4DD2" w:rsidRDefault="00AC66FD">
            <w:r>
              <w:t>Amanjit.Hiran@alliance-scotland.org.uk</w:t>
            </w:r>
          </w:p>
        </w:tc>
      </w:tr>
      <w:tr w:rsidR="00EC4DD2" w14:paraId="571A8458" w14:textId="77777777" w:rsidTr="00F47956">
        <w:tc>
          <w:tcPr>
            <w:tcW w:w="1384" w:type="dxa"/>
          </w:tcPr>
          <w:p w14:paraId="4BA19982" w14:textId="77777777" w:rsidR="00EC4DD2" w:rsidRDefault="00AC66FD">
            <w:proofErr w:type="gramStart"/>
            <w:r>
              <w:t>North West</w:t>
            </w:r>
            <w:proofErr w:type="gramEnd"/>
          </w:p>
        </w:tc>
        <w:tc>
          <w:tcPr>
            <w:tcW w:w="2552" w:type="dxa"/>
          </w:tcPr>
          <w:p w14:paraId="4B47CA92" w14:textId="77777777" w:rsidR="00EC4DD2" w:rsidRDefault="00AC66FD">
            <w:r>
              <w:t>Northwood Surgery (formerly The Gaw &amp; Esler Practice)</w:t>
            </w:r>
          </w:p>
        </w:tc>
        <w:tc>
          <w:tcPr>
            <w:tcW w:w="3118" w:type="dxa"/>
          </w:tcPr>
          <w:p w14:paraId="755071F7" w14:textId="77777777" w:rsidR="00EC4DD2" w:rsidRDefault="00AC66FD">
            <w:r>
              <w:t xml:space="preserve">Woodside Health and Care Centre, 891 </w:t>
            </w:r>
            <w:proofErr w:type="spellStart"/>
            <w:r>
              <w:t>Garscube</w:t>
            </w:r>
            <w:proofErr w:type="spellEnd"/>
            <w:r>
              <w:t xml:space="preserve"> Rd, Glasgow G20 7ER</w:t>
            </w:r>
          </w:p>
        </w:tc>
        <w:tc>
          <w:tcPr>
            <w:tcW w:w="1276" w:type="dxa"/>
          </w:tcPr>
          <w:p w14:paraId="2E77B6E4" w14:textId="77777777" w:rsidR="00EC4DD2" w:rsidRDefault="00AC66FD">
            <w:r>
              <w:t>0141 201 5500</w:t>
            </w:r>
          </w:p>
        </w:tc>
        <w:tc>
          <w:tcPr>
            <w:tcW w:w="1701" w:type="dxa"/>
          </w:tcPr>
          <w:p w14:paraId="46631900" w14:textId="77777777" w:rsidR="00EC4DD2" w:rsidRDefault="00AC66FD">
            <w:r>
              <w:t xml:space="preserve">Syeda Ali </w:t>
            </w:r>
          </w:p>
        </w:tc>
        <w:tc>
          <w:tcPr>
            <w:tcW w:w="2386" w:type="dxa"/>
          </w:tcPr>
          <w:p w14:paraId="677D551A" w14:textId="77777777" w:rsidR="00EC4DD2" w:rsidRDefault="00AC66FD">
            <w:r>
              <w:t>syeda.ali@alliance-scotland.org.uk</w:t>
            </w:r>
          </w:p>
        </w:tc>
      </w:tr>
      <w:tr w:rsidR="00EC4DD2" w14:paraId="15C4C298" w14:textId="77777777" w:rsidTr="00F47956">
        <w:tc>
          <w:tcPr>
            <w:tcW w:w="1384" w:type="dxa"/>
            <w:shd w:val="clear" w:color="auto" w:fill="F7F7F7"/>
          </w:tcPr>
          <w:p w14:paraId="7BB3B80A" w14:textId="77777777" w:rsidR="00EC4DD2" w:rsidRDefault="00AC66FD">
            <w:proofErr w:type="gramStart"/>
            <w:r>
              <w:t>North West</w:t>
            </w:r>
            <w:proofErr w:type="gramEnd"/>
          </w:p>
        </w:tc>
        <w:tc>
          <w:tcPr>
            <w:tcW w:w="2552" w:type="dxa"/>
            <w:shd w:val="clear" w:color="auto" w:fill="F7F7F7"/>
          </w:tcPr>
          <w:p w14:paraId="2366E16F" w14:textId="77777777" w:rsidR="00EC4DD2" w:rsidRDefault="00AC66FD">
            <w:r>
              <w:t>Dr May Showkat Medical Practice</w:t>
            </w:r>
          </w:p>
        </w:tc>
        <w:tc>
          <w:tcPr>
            <w:tcW w:w="3118" w:type="dxa"/>
            <w:shd w:val="clear" w:color="auto" w:fill="F7F7F7"/>
          </w:tcPr>
          <w:p w14:paraId="62E58FBE" w14:textId="77777777" w:rsidR="00EC4DD2" w:rsidRDefault="00AC66FD">
            <w:proofErr w:type="spellStart"/>
            <w:r>
              <w:t>Possilpark</w:t>
            </w:r>
            <w:proofErr w:type="spellEnd"/>
            <w:r>
              <w:t xml:space="preserve"> Health Centre, 99 Saracen Street, G22 5AP</w:t>
            </w:r>
          </w:p>
        </w:tc>
        <w:tc>
          <w:tcPr>
            <w:tcW w:w="1276" w:type="dxa"/>
            <w:shd w:val="clear" w:color="auto" w:fill="F7F7F7"/>
          </w:tcPr>
          <w:p w14:paraId="44859DE9" w14:textId="77777777" w:rsidR="00EC4DD2" w:rsidRDefault="00AC66FD">
            <w:r>
              <w:t>0141 800 0820</w:t>
            </w:r>
          </w:p>
        </w:tc>
        <w:tc>
          <w:tcPr>
            <w:tcW w:w="1701" w:type="dxa"/>
            <w:shd w:val="clear" w:color="auto" w:fill="F7F7F7"/>
          </w:tcPr>
          <w:p w14:paraId="0E7ADB10" w14:textId="77777777" w:rsidR="00EC4DD2" w:rsidRDefault="00AC66FD">
            <w:r>
              <w:t>Andy Gray</w:t>
            </w:r>
          </w:p>
        </w:tc>
        <w:tc>
          <w:tcPr>
            <w:tcW w:w="2386" w:type="dxa"/>
            <w:shd w:val="clear" w:color="auto" w:fill="F7F7F7"/>
          </w:tcPr>
          <w:p w14:paraId="45F4307E" w14:textId="77777777" w:rsidR="00EC4DD2" w:rsidRDefault="00AC66FD">
            <w:r>
              <w:t>andy.gray@alliance-scotland.org.uk</w:t>
            </w:r>
          </w:p>
        </w:tc>
      </w:tr>
      <w:tr w:rsidR="00EC4DD2" w14:paraId="0F6A36E6" w14:textId="77777777" w:rsidTr="00F47956">
        <w:tc>
          <w:tcPr>
            <w:tcW w:w="1384" w:type="dxa"/>
          </w:tcPr>
          <w:p w14:paraId="14317C7E" w14:textId="77777777" w:rsidR="00EC4DD2" w:rsidRDefault="00AC66FD">
            <w:proofErr w:type="gramStart"/>
            <w:r>
              <w:t>North West</w:t>
            </w:r>
            <w:proofErr w:type="gramEnd"/>
          </w:p>
        </w:tc>
        <w:tc>
          <w:tcPr>
            <w:tcW w:w="2552" w:type="dxa"/>
          </w:tcPr>
          <w:p w14:paraId="15875EAB" w14:textId="77777777" w:rsidR="00EC4DD2" w:rsidRDefault="00AC66FD">
            <w:r>
              <w:t xml:space="preserve">Drs Campbell &amp; </w:t>
            </w:r>
            <w:proofErr w:type="spellStart"/>
            <w:r>
              <w:t>Halstvedt</w:t>
            </w:r>
            <w:proofErr w:type="spellEnd"/>
            <w:r>
              <w:t xml:space="preserve"> (Milton Medical Practice)</w:t>
            </w:r>
          </w:p>
        </w:tc>
        <w:tc>
          <w:tcPr>
            <w:tcW w:w="3118" w:type="dxa"/>
          </w:tcPr>
          <w:p w14:paraId="3E428761" w14:textId="77777777" w:rsidR="00EC4DD2" w:rsidRDefault="00AC66FD">
            <w:r>
              <w:t xml:space="preserve">Milton Medical Practice, 109 </w:t>
            </w:r>
            <w:proofErr w:type="spellStart"/>
            <w:r>
              <w:t>Egilsay</w:t>
            </w:r>
            <w:proofErr w:type="spellEnd"/>
            <w:r>
              <w:t xml:space="preserve"> Street, g22 7JL</w:t>
            </w:r>
          </w:p>
        </w:tc>
        <w:tc>
          <w:tcPr>
            <w:tcW w:w="1276" w:type="dxa"/>
          </w:tcPr>
          <w:p w14:paraId="1319895A" w14:textId="77777777" w:rsidR="00EC4DD2" w:rsidRDefault="00AC66FD">
            <w:r>
              <w:t>0141 772 1183</w:t>
            </w:r>
          </w:p>
        </w:tc>
        <w:tc>
          <w:tcPr>
            <w:tcW w:w="1701" w:type="dxa"/>
          </w:tcPr>
          <w:p w14:paraId="25D8F657" w14:textId="77777777" w:rsidR="00EC4DD2" w:rsidRDefault="00AC66FD">
            <w:r>
              <w:t>Rachel Anderson</w:t>
            </w:r>
          </w:p>
        </w:tc>
        <w:tc>
          <w:tcPr>
            <w:tcW w:w="2386" w:type="dxa"/>
          </w:tcPr>
          <w:p w14:paraId="145A0167" w14:textId="77777777" w:rsidR="00EC4DD2" w:rsidRDefault="00AC66FD">
            <w:r>
              <w:t>rachel.anderson@alliance-scotland.org.uk</w:t>
            </w:r>
          </w:p>
        </w:tc>
      </w:tr>
      <w:tr w:rsidR="00EC4DD2" w14:paraId="5318C81F" w14:textId="77777777" w:rsidTr="00F47956">
        <w:tc>
          <w:tcPr>
            <w:tcW w:w="1384" w:type="dxa"/>
            <w:shd w:val="clear" w:color="auto" w:fill="F7F7F7"/>
          </w:tcPr>
          <w:p w14:paraId="0EAC1BBD" w14:textId="77777777" w:rsidR="00EC4DD2" w:rsidRDefault="00AC66FD">
            <w:proofErr w:type="gramStart"/>
            <w:r>
              <w:t>North West</w:t>
            </w:r>
            <w:proofErr w:type="gramEnd"/>
          </w:p>
        </w:tc>
        <w:tc>
          <w:tcPr>
            <w:tcW w:w="2552" w:type="dxa"/>
            <w:shd w:val="clear" w:color="auto" w:fill="F7F7F7"/>
          </w:tcPr>
          <w:p w14:paraId="7D65B1AE" w14:textId="77777777" w:rsidR="00EC4DD2" w:rsidRDefault="00AC66FD">
            <w:r>
              <w:t>Drs Langridge and Practice</w:t>
            </w:r>
          </w:p>
        </w:tc>
        <w:tc>
          <w:tcPr>
            <w:tcW w:w="3118" w:type="dxa"/>
            <w:shd w:val="clear" w:color="auto" w:fill="F7F7F7"/>
          </w:tcPr>
          <w:p w14:paraId="4236A715" w14:textId="52EDF141" w:rsidR="00EC4DD2" w:rsidRDefault="00AC66FD">
            <w:proofErr w:type="spellStart"/>
            <w:r>
              <w:t>Possilpark</w:t>
            </w:r>
            <w:proofErr w:type="spellEnd"/>
            <w:r>
              <w:t xml:space="preserve"> Health &amp; Care </w:t>
            </w:r>
            <w:proofErr w:type="gramStart"/>
            <w:r>
              <w:t>Centre,  99</w:t>
            </w:r>
            <w:proofErr w:type="gramEnd"/>
            <w:r>
              <w:t xml:space="preserve"> Saracen Street, G22 5AP / Woodside Health &amp; Care Centre, 891 </w:t>
            </w:r>
            <w:proofErr w:type="spellStart"/>
            <w:r>
              <w:t>Garscube</w:t>
            </w:r>
            <w:proofErr w:type="spellEnd"/>
            <w:r>
              <w:t xml:space="preserve"> Road, G20 7ER</w:t>
            </w:r>
          </w:p>
        </w:tc>
        <w:tc>
          <w:tcPr>
            <w:tcW w:w="1276" w:type="dxa"/>
            <w:shd w:val="clear" w:color="auto" w:fill="F7F7F7"/>
          </w:tcPr>
          <w:p w14:paraId="1527F16C" w14:textId="77777777" w:rsidR="00EC4DD2" w:rsidRDefault="00AC66FD">
            <w:r>
              <w:t>0141 800 0860 /</w:t>
            </w:r>
            <w:r>
              <w:br/>
              <w:t>0141 201 5765</w:t>
            </w:r>
          </w:p>
        </w:tc>
        <w:tc>
          <w:tcPr>
            <w:tcW w:w="1701" w:type="dxa"/>
            <w:shd w:val="clear" w:color="auto" w:fill="F7F7F7"/>
          </w:tcPr>
          <w:p w14:paraId="4FF71BE4" w14:textId="77777777" w:rsidR="00EC4DD2" w:rsidRDefault="00AC66FD">
            <w:r>
              <w:t>Chris Brawley</w:t>
            </w:r>
          </w:p>
        </w:tc>
        <w:tc>
          <w:tcPr>
            <w:tcW w:w="2386" w:type="dxa"/>
            <w:shd w:val="clear" w:color="auto" w:fill="F7F7F7"/>
          </w:tcPr>
          <w:p w14:paraId="59EDA613" w14:textId="77777777" w:rsidR="00EC4DD2" w:rsidRDefault="00AC66FD">
            <w:r>
              <w:t xml:space="preserve">christopher.brawley@alliance-scotland.org.uk </w:t>
            </w:r>
          </w:p>
        </w:tc>
      </w:tr>
      <w:tr w:rsidR="00EC4DD2" w14:paraId="3F0B57B7" w14:textId="77777777" w:rsidTr="00F47956">
        <w:tc>
          <w:tcPr>
            <w:tcW w:w="1384" w:type="dxa"/>
          </w:tcPr>
          <w:p w14:paraId="77B66057" w14:textId="77777777" w:rsidR="00EC4DD2" w:rsidRDefault="00AC66FD">
            <w:proofErr w:type="gramStart"/>
            <w:r>
              <w:lastRenderedPageBreak/>
              <w:t>North East</w:t>
            </w:r>
            <w:proofErr w:type="gramEnd"/>
          </w:p>
        </w:tc>
        <w:tc>
          <w:tcPr>
            <w:tcW w:w="2552" w:type="dxa"/>
          </w:tcPr>
          <w:p w14:paraId="3756C5C5" w14:textId="77777777" w:rsidR="00EC4DD2" w:rsidRDefault="00AC66FD">
            <w:r>
              <w:t>Dr Ballantyne &amp; Partners</w:t>
            </w:r>
          </w:p>
        </w:tc>
        <w:tc>
          <w:tcPr>
            <w:tcW w:w="3118" w:type="dxa"/>
          </w:tcPr>
          <w:p w14:paraId="0ABCBBF3" w14:textId="77777777" w:rsidR="00EC4DD2" w:rsidRDefault="00AC66FD">
            <w:r>
              <w:t xml:space="preserve">Springburn Health Centre, 200 Springburn Way, Glasgow G21 1TR  </w:t>
            </w:r>
          </w:p>
        </w:tc>
        <w:tc>
          <w:tcPr>
            <w:tcW w:w="1276" w:type="dxa"/>
          </w:tcPr>
          <w:p w14:paraId="2D3624DE" w14:textId="77777777" w:rsidR="00EC4DD2" w:rsidRDefault="00AC66FD">
            <w:r>
              <w:t>0141 531 9670</w:t>
            </w:r>
          </w:p>
        </w:tc>
        <w:tc>
          <w:tcPr>
            <w:tcW w:w="1701" w:type="dxa"/>
          </w:tcPr>
          <w:p w14:paraId="15B5668C" w14:textId="77777777" w:rsidR="00EC4DD2" w:rsidRDefault="00AC66FD">
            <w:r>
              <w:t>Andy Gray</w:t>
            </w:r>
          </w:p>
        </w:tc>
        <w:tc>
          <w:tcPr>
            <w:tcW w:w="2386" w:type="dxa"/>
          </w:tcPr>
          <w:p w14:paraId="2DD6262A" w14:textId="77777777" w:rsidR="00EC4DD2" w:rsidRDefault="00AC66FD">
            <w:r>
              <w:t>andy.gray@alliance-scotland.org.uk</w:t>
            </w:r>
          </w:p>
        </w:tc>
      </w:tr>
      <w:tr w:rsidR="00EC4DD2" w14:paraId="4A8FC351" w14:textId="77777777" w:rsidTr="00F47956">
        <w:tc>
          <w:tcPr>
            <w:tcW w:w="1384" w:type="dxa"/>
            <w:shd w:val="clear" w:color="auto" w:fill="F7F7F7"/>
          </w:tcPr>
          <w:p w14:paraId="7C70E193" w14:textId="77777777" w:rsidR="00EC4DD2" w:rsidRDefault="00AC66FD">
            <w:proofErr w:type="gramStart"/>
            <w:r>
              <w:t>North East</w:t>
            </w:r>
            <w:proofErr w:type="gramEnd"/>
          </w:p>
        </w:tc>
        <w:tc>
          <w:tcPr>
            <w:tcW w:w="2552" w:type="dxa"/>
            <w:shd w:val="clear" w:color="auto" w:fill="F7F7F7"/>
          </w:tcPr>
          <w:p w14:paraId="643F7B3C" w14:textId="77777777" w:rsidR="00EC4DD2" w:rsidRDefault="00AC66FD">
            <w:r>
              <w:t>Atlas Medical Practice</w:t>
            </w:r>
          </w:p>
        </w:tc>
        <w:tc>
          <w:tcPr>
            <w:tcW w:w="3118" w:type="dxa"/>
            <w:shd w:val="clear" w:color="auto" w:fill="F7F7F7"/>
          </w:tcPr>
          <w:p w14:paraId="3F30C9E3" w14:textId="77777777" w:rsidR="00EC4DD2" w:rsidRDefault="00AC66FD">
            <w:r>
              <w:t xml:space="preserve">Springburn Health Centre, 200 Springburn Way, Glasgow G21 1TR  </w:t>
            </w:r>
          </w:p>
        </w:tc>
        <w:tc>
          <w:tcPr>
            <w:tcW w:w="1276" w:type="dxa"/>
            <w:shd w:val="clear" w:color="auto" w:fill="F7F7F7"/>
          </w:tcPr>
          <w:p w14:paraId="11E46EB1" w14:textId="77777777" w:rsidR="00EC4DD2" w:rsidRDefault="00AC66FD">
            <w:r>
              <w:t xml:space="preserve">0141 531 9660 </w:t>
            </w:r>
          </w:p>
        </w:tc>
        <w:tc>
          <w:tcPr>
            <w:tcW w:w="1701" w:type="dxa"/>
            <w:shd w:val="clear" w:color="auto" w:fill="F7F7F7"/>
          </w:tcPr>
          <w:p w14:paraId="2EDAD75F" w14:textId="77777777" w:rsidR="00EC4DD2" w:rsidRDefault="00AC66FD">
            <w:r>
              <w:t>Iain Haigh</w:t>
            </w:r>
          </w:p>
        </w:tc>
        <w:tc>
          <w:tcPr>
            <w:tcW w:w="2386" w:type="dxa"/>
            <w:shd w:val="clear" w:color="auto" w:fill="F7F7F7"/>
          </w:tcPr>
          <w:p w14:paraId="1E48C48D" w14:textId="77777777" w:rsidR="00EC4DD2" w:rsidRDefault="00AC66FD">
            <w:r>
              <w:t>iain.haigh@alliance-scotland.org.uk</w:t>
            </w:r>
          </w:p>
        </w:tc>
      </w:tr>
      <w:tr w:rsidR="00EC4DD2" w14:paraId="7B072A5D" w14:textId="77777777" w:rsidTr="00F47956">
        <w:tc>
          <w:tcPr>
            <w:tcW w:w="1384" w:type="dxa"/>
          </w:tcPr>
          <w:p w14:paraId="34C675B0" w14:textId="77777777" w:rsidR="00EC4DD2" w:rsidRDefault="00AC66FD">
            <w:proofErr w:type="gramStart"/>
            <w:r>
              <w:t>North East</w:t>
            </w:r>
            <w:proofErr w:type="gramEnd"/>
          </w:p>
        </w:tc>
        <w:tc>
          <w:tcPr>
            <w:tcW w:w="2552" w:type="dxa"/>
          </w:tcPr>
          <w:p w14:paraId="03D43F61" w14:textId="77777777" w:rsidR="00EC4DD2" w:rsidRDefault="00AC66FD">
            <w:r>
              <w:t>Barony Medical Centre (formerly Dr Howat and Partners)</w:t>
            </w:r>
          </w:p>
        </w:tc>
        <w:tc>
          <w:tcPr>
            <w:tcW w:w="3118" w:type="dxa"/>
          </w:tcPr>
          <w:p w14:paraId="11B1B7ED" w14:textId="77777777" w:rsidR="00EC4DD2" w:rsidRDefault="00AC66FD">
            <w:r>
              <w:t xml:space="preserve">30 </w:t>
            </w:r>
            <w:proofErr w:type="spellStart"/>
            <w:r>
              <w:t>Auchinloch</w:t>
            </w:r>
            <w:proofErr w:type="spellEnd"/>
            <w:r>
              <w:t xml:space="preserve"> Street Glasgow, G21 4AH</w:t>
            </w:r>
          </w:p>
        </w:tc>
        <w:tc>
          <w:tcPr>
            <w:tcW w:w="1276" w:type="dxa"/>
          </w:tcPr>
          <w:p w14:paraId="25FFABEF" w14:textId="77777777" w:rsidR="00EC4DD2" w:rsidRDefault="00AC66FD">
            <w:r>
              <w:t>0141 557 6161</w:t>
            </w:r>
          </w:p>
        </w:tc>
        <w:tc>
          <w:tcPr>
            <w:tcW w:w="1701" w:type="dxa"/>
          </w:tcPr>
          <w:p w14:paraId="0530F136" w14:textId="77777777" w:rsidR="00EC4DD2" w:rsidRDefault="00AC66FD">
            <w:r>
              <w:t>Jodi Sharpe</w:t>
            </w:r>
          </w:p>
        </w:tc>
        <w:tc>
          <w:tcPr>
            <w:tcW w:w="2386" w:type="dxa"/>
          </w:tcPr>
          <w:p w14:paraId="1D4D4504" w14:textId="77777777" w:rsidR="00EC4DD2" w:rsidRDefault="00AC66FD">
            <w:r>
              <w:t>jodi.sharpe@alliance-scotland.org.uk</w:t>
            </w:r>
          </w:p>
        </w:tc>
      </w:tr>
      <w:tr w:rsidR="00EC4DD2" w14:paraId="5C35F50C" w14:textId="77777777" w:rsidTr="00F47956">
        <w:tc>
          <w:tcPr>
            <w:tcW w:w="1384" w:type="dxa"/>
            <w:shd w:val="clear" w:color="auto" w:fill="F7F7F7"/>
          </w:tcPr>
          <w:p w14:paraId="500CEAFC" w14:textId="77777777" w:rsidR="00EC4DD2" w:rsidRDefault="00AC66FD">
            <w:proofErr w:type="gramStart"/>
            <w:r>
              <w:t>North East</w:t>
            </w:r>
            <w:proofErr w:type="gramEnd"/>
          </w:p>
        </w:tc>
        <w:tc>
          <w:tcPr>
            <w:tcW w:w="2552" w:type="dxa"/>
            <w:shd w:val="clear" w:color="auto" w:fill="F7F7F7"/>
          </w:tcPr>
          <w:p w14:paraId="45186954" w14:textId="77777777" w:rsidR="00EC4DD2" w:rsidRDefault="00AC66FD">
            <w:proofErr w:type="spellStart"/>
            <w:r>
              <w:t>Whitevale</w:t>
            </w:r>
            <w:proofErr w:type="spellEnd"/>
            <w:r>
              <w:t xml:space="preserve"> Medical Group</w:t>
            </w:r>
          </w:p>
        </w:tc>
        <w:tc>
          <w:tcPr>
            <w:tcW w:w="3118" w:type="dxa"/>
            <w:shd w:val="clear" w:color="auto" w:fill="F7F7F7"/>
          </w:tcPr>
          <w:p w14:paraId="5FD8BE96" w14:textId="77777777" w:rsidR="00EC4DD2" w:rsidRDefault="00AC66FD">
            <w:r>
              <w:t xml:space="preserve">30 </w:t>
            </w:r>
            <w:proofErr w:type="spellStart"/>
            <w:r>
              <w:t>Whitevale</w:t>
            </w:r>
            <w:proofErr w:type="spellEnd"/>
            <w:r>
              <w:t xml:space="preserve"> Street, Glasgow, G31 1QS</w:t>
            </w:r>
          </w:p>
        </w:tc>
        <w:tc>
          <w:tcPr>
            <w:tcW w:w="1276" w:type="dxa"/>
            <w:shd w:val="clear" w:color="auto" w:fill="F7F7F7"/>
          </w:tcPr>
          <w:p w14:paraId="19C97573" w14:textId="77777777" w:rsidR="00EC4DD2" w:rsidRDefault="00AC66FD">
            <w:r>
              <w:t>0141 554 4536</w:t>
            </w:r>
          </w:p>
        </w:tc>
        <w:tc>
          <w:tcPr>
            <w:tcW w:w="1701" w:type="dxa"/>
            <w:shd w:val="clear" w:color="auto" w:fill="F7F7F7"/>
          </w:tcPr>
          <w:p w14:paraId="29F1362D" w14:textId="77777777" w:rsidR="00EC4DD2" w:rsidRDefault="00AC66FD">
            <w:r>
              <w:t>Deborah Hamilton</w:t>
            </w:r>
          </w:p>
        </w:tc>
        <w:tc>
          <w:tcPr>
            <w:tcW w:w="2386" w:type="dxa"/>
            <w:shd w:val="clear" w:color="auto" w:fill="F7F7F7"/>
          </w:tcPr>
          <w:p w14:paraId="074F24D2" w14:textId="77777777" w:rsidR="00EC4DD2" w:rsidRDefault="00AC66FD">
            <w:r>
              <w:t>deborah.hamilton@alliance-scotland.org.uk</w:t>
            </w:r>
          </w:p>
        </w:tc>
      </w:tr>
      <w:tr w:rsidR="00EC4DD2" w14:paraId="0E4FA34A" w14:textId="77777777" w:rsidTr="00F47956">
        <w:tc>
          <w:tcPr>
            <w:tcW w:w="1384" w:type="dxa"/>
          </w:tcPr>
          <w:p w14:paraId="2DD2137A" w14:textId="77777777" w:rsidR="00EC4DD2" w:rsidRDefault="00AC66FD">
            <w:proofErr w:type="gramStart"/>
            <w:r>
              <w:t>North East</w:t>
            </w:r>
            <w:proofErr w:type="gramEnd"/>
          </w:p>
        </w:tc>
        <w:tc>
          <w:tcPr>
            <w:tcW w:w="2552" w:type="dxa"/>
          </w:tcPr>
          <w:p w14:paraId="783FEBBC" w14:textId="77777777" w:rsidR="00EC4DD2" w:rsidRDefault="00AC66FD">
            <w:r>
              <w:t>Dr A Polding</w:t>
            </w:r>
          </w:p>
        </w:tc>
        <w:tc>
          <w:tcPr>
            <w:tcW w:w="3118" w:type="dxa"/>
          </w:tcPr>
          <w:p w14:paraId="23CF836F" w14:textId="77777777" w:rsidR="00EC4DD2" w:rsidRDefault="00AC66FD">
            <w:r>
              <w:t>Springburn Health Centre, 200 Springburn Way, Glasgow G21 1TR</w:t>
            </w:r>
          </w:p>
        </w:tc>
        <w:tc>
          <w:tcPr>
            <w:tcW w:w="1276" w:type="dxa"/>
          </w:tcPr>
          <w:p w14:paraId="4993A29E" w14:textId="77777777" w:rsidR="00EC4DD2" w:rsidRDefault="00AC66FD">
            <w:r>
              <w:t>0141 483 2800</w:t>
            </w:r>
          </w:p>
        </w:tc>
        <w:tc>
          <w:tcPr>
            <w:tcW w:w="1701" w:type="dxa"/>
          </w:tcPr>
          <w:p w14:paraId="17C60FE5" w14:textId="77777777" w:rsidR="00EC4DD2" w:rsidRDefault="00AC66FD">
            <w:r>
              <w:t>Iain Haigh</w:t>
            </w:r>
          </w:p>
        </w:tc>
        <w:tc>
          <w:tcPr>
            <w:tcW w:w="2386" w:type="dxa"/>
          </w:tcPr>
          <w:p w14:paraId="39ACC905" w14:textId="77777777" w:rsidR="00EC4DD2" w:rsidRDefault="00AC66FD">
            <w:r>
              <w:t>Iain.Haigh@alliance-scotland.org.uk</w:t>
            </w:r>
          </w:p>
        </w:tc>
      </w:tr>
      <w:tr w:rsidR="00EC4DD2" w14:paraId="689D0B8B" w14:textId="77777777" w:rsidTr="00F47956">
        <w:tc>
          <w:tcPr>
            <w:tcW w:w="1384" w:type="dxa"/>
            <w:shd w:val="clear" w:color="auto" w:fill="F7F7F7"/>
          </w:tcPr>
          <w:p w14:paraId="3C6DCE5E" w14:textId="77777777" w:rsidR="00EC4DD2" w:rsidRDefault="00AC66FD">
            <w:proofErr w:type="gramStart"/>
            <w:r>
              <w:t>North East</w:t>
            </w:r>
            <w:proofErr w:type="gramEnd"/>
          </w:p>
        </w:tc>
        <w:tc>
          <w:tcPr>
            <w:tcW w:w="2552" w:type="dxa"/>
            <w:shd w:val="clear" w:color="auto" w:fill="F7F7F7"/>
          </w:tcPr>
          <w:p w14:paraId="5358D1B4" w14:textId="77777777" w:rsidR="00EC4DD2" w:rsidRDefault="00AC66FD">
            <w:r>
              <w:t xml:space="preserve">Drs </w:t>
            </w:r>
            <w:proofErr w:type="spellStart"/>
            <w:proofErr w:type="gramStart"/>
            <w:r>
              <w:t>Meek,Fox</w:t>
            </w:r>
            <w:proofErr w:type="spellEnd"/>
            <w:proofErr w:type="gramEnd"/>
            <w:r>
              <w:t xml:space="preserve"> &amp; Black</w:t>
            </w:r>
          </w:p>
        </w:tc>
        <w:tc>
          <w:tcPr>
            <w:tcW w:w="3118" w:type="dxa"/>
            <w:shd w:val="clear" w:color="auto" w:fill="F7F7F7"/>
          </w:tcPr>
          <w:p w14:paraId="6613BF18" w14:textId="77777777" w:rsidR="00EC4DD2" w:rsidRDefault="00AC66FD">
            <w:r>
              <w:t xml:space="preserve">264 </w:t>
            </w:r>
            <w:proofErr w:type="spellStart"/>
            <w:r>
              <w:t>Wallacewell</w:t>
            </w:r>
            <w:proofErr w:type="spellEnd"/>
            <w:r>
              <w:t xml:space="preserve"> Road, </w:t>
            </w:r>
            <w:proofErr w:type="spellStart"/>
            <w:r>
              <w:t>Balornock</w:t>
            </w:r>
            <w:proofErr w:type="spellEnd"/>
            <w:r>
              <w:t>, Glasgow, G21 3RW</w:t>
            </w:r>
          </w:p>
        </w:tc>
        <w:tc>
          <w:tcPr>
            <w:tcW w:w="1276" w:type="dxa"/>
            <w:shd w:val="clear" w:color="auto" w:fill="F7F7F7"/>
          </w:tcPr>
          <w:p w14:paraId="173F7B6C" w14:textId="77777777" w:rsidR="00EC4DD2" w:rsidRDefault="00AC66FD">
            <w:r>
              <w:t>0141 558 6178</w:t>
            </w:r>
          </w:p>
        </w:tc>
        <w:tc>
          <w:tcPr>
            <w:tcW w:w="1701" w:type="dxa"/>
            <w:shd w:val="clear" w:color="auto" w:fill="F7F7F7"/>
          </w:tcPr>
          <w:p w14:paraId="60AEFED3" w14:textId="77777777" w:rsidR="00EC4DD2" w:rsidRDefault="00AC66FD">
            <w:r>
              <w:t>Noel Hutchison</w:t>
            </w:r>
          </w:p>
        </w:tc>
        <w:tc>
          <w:tcPr>
            <w:tcW w:w="2386" w:type="dxa"/>
            <w:shd w:val="clear" w:color="auto" w:fill="F7F7F7"/>
          </w:tcPr>
          <w:p w14:paraId="283BB0B7" w14:textId="77777777" w:rsidR="00EC4DD2" w:rsidRDefault="00AC66FD">
            <w:r>
              <w:t>noel.hutchison@alliance-scotland.org.uk</w:t>
            </w:r>
          </w:p>
        </w:tc>
      </w:tr>
      <w:tr w:rsidR="00EC4DD2" w14:paraId="034A9827" w14:textId="77777777" w:rsidTr="00F47956">
        <w:tc>
          <w:tcPr>
            <w:tcW w:w="1384" w:type="dxa"/>
          </w:tcPr>
          <w:p w14:paraId="04674AB1" w14:textId="77777777" w:rsidR="00EC4DD2" w:rsidRDefault="00AC66FD">
            <w:proofErr w:type="gramStart"/>
            <w:r>
              <w:t>North East</w:t>
            </w:r>
            <w:proofErr w:type="gramEnd"/>
          </w:p>
        </w:tc>
        <w:tc>
          <w:tcPr>
            <w:tcW w:w="2552" w:type="dxa"/>
          </w:tcPr>
          <w:p w14:paraId="5D293CA8" w14:textId="77777777" w:rsidR="00EC4DD2" w:rsidRDefault="00AC66FD">
            <w:proofErr w:type="spellStart"/>
            <w:r>
              <w:t>Glenmill</w:t>
            </w:r>
            <w:proofErr w:type="spellEnd"/>
            <w:r>
              <w:t xml:space="preserve"> Medical Practice</w:t>
            </w:r>
          </w:p>
        </w:tc>
        <w:tc>
          <w:tcPr>
            <w:tcW w:w="3118" w:type="dxa"/>
          </w:tcPr>
          <w:p w14:paraId="71CF65C3" w14:textId="77777777" w:rsidR="00EC4DD2" w:rsidRDefault="00AC66FD">
            <w:r>
              <w:t>1191 Royston Road, Royston, G33 1EY</w:t>
            </w:r>
          </w:p>
        </w:tc>
        <w:tc>
          <w:tcPr>
            <w:tcW w:w="1276" w:type="dxa"/>
          </w:tcPr>
          <w:p w14:paraId="0C96EADE" w14:textId="77777777" w:rsidR="00EC4DD2" w:rsidRDefault="00AC66FD">
            <w:r>
              <w:t>0141 770 4052</w:t>
            </w:r>
          </w:p>
        </w:tc>
        <w:tc>
          <w:tcPr>
            <w:tcW w:w="1701" w:type="dxa"/>
          </w:tcPr>
          <w:p w14:paraId="04352434" w14:textId="77777777" w:rsidR="00EC4DD2" w:rsidRDefault="00AC66FD">
            <w:r>
              <w:t xml:space="preserve">Nikki Smith </w:t>
            </w:r>
          </w:p>
        </w:tc>
        <w:tc>
          <w:tcPr>
            <w:tcW w:w="2386" w:type="dxa"/>
          </w:tcPr>
          <w:p w14:paraId="7796EB81" w14:textId="77777777" w:rsidR="00EC4DD2" w:rsidRDefault="00AC66FD">
            <w:r>
              <w:t>nicola.smith@alliance-scotland.org.uk</w:t>
            </w:r>
          </w:p>
        </w:tc>
      </w:tr>
      <w:tr w:rsidR="00EC4DD2" w14:paraId="679D89B6" w14:textId="77777777" w:rsidTr="00F47956">
        <w:tc>
          <w:tcPr>
            <w:tcW w:w="1384" w:type="dxa"/>
            <w:shd w:val="clear" w:color="auto" w:fill="F7F7F7"/>
          </w:tcPr>
          <w:p w14:paraId="17293C9D" w14:textId="77777777" w:rsidR="00EC4DD2" w:rsidRDefault="00AC66FD">
            <w:proofErr w:type="gramStart"/>
            <w:r>
              <w:t>North East</w:t>
            </w:r>
            <w:proofErr w:type="gramEnd"/>
          </w:p>
        </w:tc>
        <w:tc>
          <w:tcPr>
            <w:tcW w:w="2552" w:type="dxa"/>
            <w:shd w:val="clear" w:color="auto" w:fill="F7F7F7"/>
          </w:tcPr>
          <w:p w14:paraId="3333C89F" w14:textId="77777777" w:rsidR="00EC4DD2" w:rsidRDefault="00AC66FD">
            <w:r>
              <w:t>Main Street Medical Practice</w:t>
            </w:r>
          </w:p>
        </w:tc>
        <w:tc>
          <w:tcPr>
            <w:tcW w:w="3118" w:type="dxa"/>
            <w:shd w:val="clear" w:color="auto" w:fill="F7F7F7"/>
          </w:tcPr>
          <w:p w14:paraId="5D76B580" w14:textId="77777777" w:rsidR="00EC4DD2" w:rsidRDefault="00AC66FD">
            <w:r>
              <w:t>40 Main Street, Bridgeton, G40 1HA</w:t>
            </w:r>
          </w:p>
        </w:tc>
        <w:tc>
          <w:tcPr>
            <w:tcW w:w="1276" w:type="dxa"/>
            <w:shd w:val="clear" w:color="auto" w:fill="F7F7F7"/>
          </w:tcPr>
          <w:p w14:paraId="65187563" w14:textId="77777777" w:rsidR="00EC4DD2" w:rsidRDefault="00AC66FD">
            <w:r>
              <w:t>0141 739 6666</w:t>
            </w:r>
          </w:p>
        </w:tc>
        <w:tc>
          <w:tcPr>
            <w:tcW w:w="1701" w:type="dxa"/>
            <w:shd w:val="clear" w:color="auto" w:fill="F7F7F7"/>
          </w:tcPr>
          <w:p w14:paraId="248A6D8D" w14:textId="77777777" w:rsidR="00EC4DD2" w:rsidRDefault="00AC66FD">
            <w:r>
              <w:t>Patricia O'Neill</w:t>
            </w:r>
          </w:p>
        </w:tc>
        <w:tc>
          <w:tcPr>
            <w:tcW w:w="2386" w:type="dxa"/>
            <w:shd w:val="clear" w:color="auto" w:fill="F7F7F7"/>
          </w:tcPr>
          <w:p w14:paraId="236B5C52" w14:textId="77777777" w:rsidR="00EC4DD2" w:rsidRDefault="00AC66FD">
            <w:r>
              <w:t xml:space="preserve">patricia.oneill@alliance-scotland.org.uk </w:t>
            </w:r>
          </w:p>
        </w:tc>
      </w:tr>
      <w:tr w:rsidR="00EC4DD2" w14:paraId="439ED21E" w14:textId="77777777" w:rsidTr="00F47956">
        <w:tc>
          <w:tcPr>
            <w:tcW w:w="1384" w:type="dxa"/>
          </w:tcPr>
          <w:p w14:paraId="6A179CAB" w14:textId="77777777" w:rsidR="00EC4DD2" w:rsidRDefault="00AC66FD">
            <w:proofErr w:type="gramStart"/>
            <w:r>
              <w:t>North East</w:t>
            </w:r>
            <w:proofErr w:type="gramEnd"/>
          </w:p>
        </w:tc>
        <w:tc>
          <w:tcPr>
            <w:tcW w:w="2552" w:type="dxa"/>
          </w:tcPr>
          <w:p w14:paraId="52E1D6DA" w14:textId="77777777" w:rsidR="00EC4DD2" w:rsidRDefault="00AC66FD">
            <w:r>
              <w:t>Dr Harris and Partners</w:t>
            </w:r>
          </w:p>
        </w:tc>
        <w:tc>
          <w:tcPr>
            <w:tcW w:w="3118" w:type="dxa"/>
          </w:tcPr>
          <w:p w14:paraId="1196ACED" w14:textId="77777777" w:rsidR="00EC4DD2" w:rsidRDefault="00AC66FD">
            <w:r>
              <w:t>Springburn Health Centre, 200 Springburn Way, G21 1TR</w:t>
            </w:r>
          </w:p>
        </w:tc>
        <w:tc>
          <w:tcPr>
            <w:tcW w:w="1276" w:type="dxa"/>
          </w:tcPr>
          <w:p w14:paraId="4E46CC56" w14:textId="77777777" w:rsidR="00EC4DD2" w:rsidRDefault="00AC66FD">
            <w:r>
              <w:t>0141 648 1558</w:t>
            </w:r>
          </w:p>
        </w:tc>
        <w:tc>
          <w:tcPr>
            <w:tcW w:w="1701" w:type="dxa"/>
          </w:tcPr>
          <w:p w14:paraId="27DD0FB9" w14:textId="77777777" w:rsidR="00EC4DD2" w:rsidRDefault="00AC66FD">
            <w:r>
              <w:t>Christopher McCann</w:t>
            </w:r>
          </w:p>
        </w:tc>
        <w:tc>
          <w:tcPr>
            <w:tcW w:w="2386" w:type="dxa"/>
          </w:tcPr>
          <w:p w14:paraId="45892ECC" w14:textId="77777777" w:rsidR="00EC4DD2" w:rsidRDefault="00AC66FD">
            <w:r>
              <w:t>Christopher.McCann@alliance-scotland.org.uk</w:t>
            </w:r>
          </w:p>
        </w:tc>
      </w:tr>
      <w:tr w:rsidR="00EC4DD2" w14:paraId="1BB247BF" w14:textId="77777777" w:rsidTr="00F47956">
        <w:tc>
          <w:tcPr>
            <w:tcW w:w="1384" w:type="dxa"/>
            <w:shd w:val="clear" w:color="auto" w:fill="F7F7F7"/>
          </w:tcPr>
          <w:p w14:paraId="30DB6A53" w14:textId="77777777" w:rsidR="00EC4DD2" w:rsidRDefault="00AC66FD">
            <w:proofErr w:type="gramStart"/>
            <w:r>
              <w:t>North East</w:t>
            </w:r>
            <w:proofErr w:type="gramEnd"/>
          </w:p>
        </w:tc>
        <w:tc>
          <w:tcPr>
            <w:tcW w:w="2552" w:type="dxa"/>
            <w:shd w:val="clear" w:color="auto" w:fill="F7F7F7"/>
          </w:tcPr>
          <w:p w14:paraId="56BF4AF5" w14:textId="77777777" w:rsidR="00EC4DD2" w:rsidRDefault="00AC66FD">
            <w:r>
              <w:t>Fernbank Medical Centre</w:t>
            </w:r>
          </w:p>
        </w:tc>
        <w:tc>
          <w:tcPr>
            <w:tcW w:w="3118" w:type="dxa"/>
            <w:shd w:val="clear" w:color="auto" w:fill="F7F7F7"/>
          </w:tcPr>
          <w:p w14:paraId="52DECDC8" w14:textId="77777777" w:rsidR="00EC4DD2" w:rsidRDefault="00AC66FD">
            <w:r>
              <w:t>194 Fernbank Street, Springburn, G22 6BD</w:t>
            </w:r>
          </w:p>
        </w:tc>
        <w:tc>
          <w:tcPr>
            <w:tcW w:w="1276" w:type="dxa"/>
            <w:shd w:val="clear" w:color="auto" w:fill="F7F7F7"/>
          </w:tcPr>
          <w:p w14:paraId="44ACA543" w14:textId="77777777" w:rsidR="00EC4DD2" w:rsidRDefault="00AC66FD">
            <w:r>
              <w:t>0141 435 1500</w:t>
            </w:r>
          </w:p>
        </w:tc>
        <w:tc>
          <w:tcPr>
            <w:tcW w:w="1701" w:type="dxa"/>
            <w:shd w:val="clear" w:color="auto" w:fill="F7F7F7"/>
          </w:tcPr>
          <w:p w14:paraId="220B6DD6" w14:textId="77777777" w:rsidR="00EC4DD2" w:rsidRDefault="00AC66FD">
            <w:r>
              <w:t>Lisa Fox</w:t>
            </w:r>
          </w:p>
        </w:tc>
        <w:tc>
          <w:tcPr>
            <w:tcW w:w="2386" w:type="dxa"/>
            <w:shd w:val="clear" w:color="auto" w:fill="F7F7F7"/>
          </w:tcPr>
          <w:p w14:paraId="72BC39FE" w14:textId="77777777" w:rsidR="00EC4DD2" w:rsidRDefault="00AC66FD">
            <w:r>
              <w:t>lisa.fox@alliance-scotland.org.uk</w:t>
            </w:r>
          </w:p>
        </w:tc>
      </w:tr>
      <w:tr w:rsidR="00EC4DD2" w14:paraId="6E3345D8" w14:textId="77777777" w:rsidTr="00F47956">
        <w:tc>
          <w:tcPr>
            <w:tcW w:w="1384" w:type="dxa"/>
          </w:tcPr>
          <w:p w14:paraId="01BA0992" w14:textId="77777777" w:rsidR="00EC4DD2" w:rsidRDefault="00AC66FD">
            <w:proofErr w:type="gramStart"/>
            <w:r>
              <w:t>North East</w:t>
            </w:r>
            <w:proofErr w:type="gramEnd"/>
          </w:p>
        </w:tc>
        <w:tc>
          <w:tcPr>
            <w:tcW w:w="2552" w:type="dxa"/>
          </w:tcPr>
          <w:p w14:paraId="449572B2" w14:textId="77777777" w:rsidR="00EC4DD2" w:rsidRDefault="00AC66FD">
            <w:r>
              <w:t>Townhead Medical Practice</w:t>
            </w:r>
          </w:p>
        </w:tc>
        <w:tc>
          <w:tcPr>
            <w:tcW w:w="3118" w:type="dxa"/>
          </w:tcPr>
          <w:p w14:paraId="17659EC4" w14:textId="77777777" w:rsidR="00EC4DD2" w:rsidRDefault="00AC66FD">
            <w:r>
              <w:t>Townhead Health Centre, Alexandra Parade, Glasgow G31 2ES</w:t>
            </w:r>
          </w:p>
        </w:tc>
        <w:tc>
          <w:tcPr>
            <w:tcW w:w="1276" w:type="dxa"/>
          </w:tcPr>
          <w:p w14:paraId="0751D372" w14:textId="77777777" w:rsidR="00EC4DD2" w:rsidRDefault="00AC66FD">
            <w:r>
              <w:t>0141 483 1752</w:t>
            </w:r>
          </w:p>
        </w:tc>
        <w:tc>
          <w:tcPr>
            <w:tcW w:w="1701" w:type="dxa"/>
          </w:tcPr>
          <w:p w14:paraId="394256E6" w14:textId="77777777" w:rsidR="00EC4DD2" w:rsidRDefault="00AC66FD">
            <w:r>
              <w:t>Sharn Boyle</w:t>
            </w:r>
          </w:p>
        </w:tc>
        <w:tc>
          <w:tcPr>
            <w:tcW w:w="2386" w:type="dxa"/>
          </w:tcPr>
          <w:p w14:paraId="2A1F7DBA" w14:textId="77777777" w:rsidR="00EC4DD2" w:rsidRDefault="00AC66FD">
            <w:r>
              <w:t>Sharn.Boyle@alliance-scotland.org.uk</w:t>
            </w:r>
          </w:p>
        </w:tc>
      </w:tr>
      <w:tr w:rsidR="00EC4DD2" w14:paraId="2FDC0A96" w14:textId="77777777" w:rsidTr="00F47956">
        <w:tc>
          <w:tcPr>
            <w:tcW w:w="1384" w:type="dxa"/>
            <w:shd w:val="clear" w:color="auto" w:fill="F7F7F7"/>
          </w:tcPr>
          <w:p w14:paraId="4D2D2D5B" w14:textId="77777777" w:rsidR="00EC4DD2" w:rsidRDefault="00AC66FD">
            <w:proofErr w:type="gramStart"/>
            <w:r>
              <w:t>North East</w:t>
            </w:r>
            <w:proofErr w:type="gramEnd"/>
          </w:p>
        </w:tc>
        <w:tc>
          <w:tcPr>
            <w:tcW w:w="2552" w:type="dxa"/>
            <w:shd w:val="clear" w:color="auto" w:fill="F7F7F7"/>
          </w:tcPr>
          <w:p w14:paraId="3F745D6C" w14:textId="77777777" w:rsidR="00EC4DD2" w:rsidRDefault="00AC66FD">
            <w:r>
              <w:t>Parade Group Practice</w:t>
            </w:r>
          </w:p>
        </w:tc>
        <w:tc>
          <w:tcPr>
            <w:tcW w:w="3118" w:type="dxa"/>
            <w:shd w:val="clear" w:color="auto" w:fill="F7F7F7"/>
          </w:tcPr>
          <w:p w14:paraId="39FCEFAD" w14:textId="77777777" w:rsidR="00EC4DD2" w:rsidRDefault="00AC66FD">
            <w:r>
              <w:t>Townhead Health Centre, 16 Alexandra Parade, Glasgow G31 2ES</w:t>
            </w:r>
          </w:p>
        </w:tc>
        <w:tc>
          <w:tcPr>
            <w:tcW w:w="1276" w:type="dxa"/>
            <w:shd w:val="clear" w:color="auto" w:fill="F7F7F7"/>
          </w:tcPr>
          <w:p w14:paraId="68951E5C" w14:textId="77777777" w:rsidR="00EC4DD2" w:rsidRDefault="00AC66FD">
            <w:r>
              <w:t>0141 414 6600</w:t>
            </w:r>
          </w:p>
        </w:tc>
        <w:tc>
          <w:tcPr>
            <w:tcW w:w="1701" w:type="dxa"/>
            <w:shd w:val="clear" w:color="auto" w:fill="F7F7F7"/>
          </w:tcPr>
          <w:p w14:paraId="173D12D4" w14:textId="77777777" w:rsidR="00EC4DD2" w:rsidRDefault="00AC66FD">
            <w:r>
              <w:t>Christine Towers</w:t>
            </w:r>
          </w:p>
        </w:tc>
        <w:tc>
          <w:tcPr>
            <w:tcW w:w="2386" w:type="dxa"/>
            <w:shd w:val="clear" w:color="auto" w:fill="F7F7F7"/>
          </w:tcPr>
          <w:p w14:paraId="38962362" w14:textId="77777777" w:rsidR="00EC4DD2" w:rsidRDefault="00AC66FD">
            <w:r>
              <w:t>Christine.Towers@alliance-scotland.org.uk</w:t>
            </w:r>
          </w:p>
        </w:tc>
      </w:tr>
      <w:tr w:rsidR="00EC4DD2" w14:paraId="1CBE876E" w14:textId="77777777" w:rsidTr="00F47956">
        <w:tc>
          <w:tcPr>
            <w:tcW w:w="1384" w:type="dxa"/>
          </w:tcPr>
          <w:p w14:paraId="06540864" w14:textId="77777777" w:rsidR="00EC4DD2" w:rsidRDefault="00AC66FD">
            <w:proofErr w:type="gramStart"/>
            <w:r>
              <w:t>North East</w:t>
            </w:r>
            <w:proofErr w:type="gramEnd"/>
          </w:p>
        </w:tc>
        <w:tc>
          <w:tcPr>
            <w:tcW w:w="2552" w:type="dxa"/>
          </w:tcPr>
          <w:p w14:paraId="0E381A44" w14:textId="77777777" w:rsidR="00EC4DD2" w:rsidRDefault="00AC66FD">
            <w:r>
              <w:t>Dr Ali &amp; Dr Mackenzie</w:t>
            </w:r>
          </w:p>
        </w:tc>
        <w:tc>
          <w:tcPr>
            <w:tcW w:w="3118" w:type="dxa"/>
          </w:tcPr>
          <w:p w14:paraId="2B109E6F" w14:textId="77777777" w:rsidR="00EC4DD2" w:rsidRDefault="00AC66FD">
            <w:r>
              <w:t>Bridgeton Health Centre, 201 Abercromby St, Bridgeton, Glasgow G40 2DA</w:t>
            </w:r>
          </w:p>
          <w:p w14:paraId="27682ED8" w14:textId="77777777" w:rsidR="00E260A2" w:rsidRDefault="00E260A2"/>
        </w:tc>
        <w:tc>
          <w:tcPr>
            <w:tcW w:w="1276" w:type="dxa"/>
          </w:tcPr>
          <w:p w14:paraId="2B1D9CFF" w14:textId="77777777" w:rsidR="00EC4DD2" w:rsidRDefault="00AC66FD">
            <w:r>
              <w:t>0141 531 6620</w:t>
            </w:r>
          </w:p>
        </w:tc>
        <w:tc>
          <w:tcPr>
            <w:tcW w:w="1701" w:type="dxa"/>
          </w:tcPr>
          <w:p w14:paraId="355B2A7B" w14:textId="77777777" w:rsidR="00EC4DD2" w:rsidRDefault="00AC66FD">
            <w:proofErr w:type="spellStart"/>
            <w:r>
              <w:t>Siobhann</w:t>
            </w:r>
            <w:proofErr w:type="spellEnd"/>
            <w:r>
              <w:t xml:space="preserve"> McGuire</w:t>
            </w:r>
          </w:p>
        </w:tc>
        <w:tc>
          <w:tcPr>
            <w:tcW w:w="2386" w:type="dxa"/>
          </w:tcPr>
          <w:p w14:paraId="38650E2E" w14:textId="77777777" w:rsidR="00EC4DD2" w:rsidRDefault="00AC66FD">
            <w:r>
              <w:t>Siobhann.McGuire@alliance-scotland.org.uk</w:t>
            </w:r>
          </w:p>
        </w:tc>
      </w:tr>
      <w:tr w:rsidR="00EC4DD2" w14:paraId="081D5E8D" w14:textId="77777777" w:rsidTr="00F47956">
        <w:tc>
          <w:tcPr>
            <w:tcW w:w="1384" w:type="dxa"/>
            <w:shd w:val="clear" w:color="auto" w:fill="F7F7F7"/>
          </w:tcPr>
          <w:p w14:paraId="0B122DD4" w14:textId="77777777" w:rsidR="00EC4DD2" w:rsidRDefault="00AC66FD">
            <w:proofErr w:type="gramStart"/>
            <w:r>
              <w:lastRenderedPageBreak/>
              <w:t>North East</w:t>
            </w:r>
            <w:proofErr w:type="gramEnd"/>
          </w:p>
        </w:tc>
        <w:tc>
          <w:tcPr>
            <w:tcW w:w="2552" w:type="dxa"/>
            <w:shd w:val="clear" w:color="auto" w:fill="F7F7F7"/>
          </w:tcPr>
          <w:p w14:paraId="62A455C1" w14:textId="77777777" w:rsidR="00EC4DD2" w:rsidRDefault="00AC66FD">
            <w:r>
              <w:t>Dr M Khan (Commonwealth Village MP)</w:t>
            </w:r>
          </w:p>
        </w:tc>
        <w:tc>
          <w:tcPr>
            <w:tcW w:w="3118" w:type="dxa"/>
            <w:shd w:val="clear" w:color="auto" w:fill="F7F7F7"/>
          </w:tcPr>
          <w:p w14:paraId="0F28E4E7" w14:textId="77777777" w:rsidR="00EC4DD2" w:rsidRDefault="00AC66FD">
            <w:r>
              <w:t>305 Springfield Rd, Glasgow G40 3LJ</w:t>
            </w:r>
          </w:p>
        </w:tc>
        <w:tc>
          <w:tcPr>
            <w:tcW w:w="1276" w:type="dxa"/>
            <w:shd w:val="clear" w:color="auto" w:fill="F7F7F7"/>
          </w:tcPr>
          <w:p w14:paraId="330544ED" w14:textId="77777777" w:rsidR="00EC4DD2" w:rsidRDefault="00AC66FD">
            <w:r>
              <w:t>0141 531 1000</w:t>
            </w:r>
          </w:p>
        </w:tc>
        <w:tc>
          <w:tcPr>
            <w:tcW w:w="1701" w:type="dxa"/>
            <w:shd w:val="clear" w:color="auto" w:fill="F7F7F7"/>
          </w:tcPr>
          <w:p w14:paraId="4CE848A5" w14:textId="77777777" w:rsidR="00EC4DD2" w:rsidRDefault="00AC66FD">
            <w:r>
              <w:t>Annette Byrne</w:t>
            </w:r>
          </w:p>
        </w:tc>
        <w:tc>
          <w:tcPr>
            <w:tcW w:w="2386" w:type="dxa"/>
            <w:shd w:val="clear" w:color="auto" w:fill="F7F7F7"/>
          </w:tcPr>
          <w:p w14:paraId="7DC86E6B" w14:textId="77777777" w:rsidR="00EC4DD2" w:rsidRDefault="00AC66FD">
            <w:r>
              <w:t>Annette.Byrne@alliance-scotland.org.uk</w:t>
            </w:r>
          </w:p>
        </w:tc>
      </w:tr>
      <w:tr w:rsidR="00EC4DD2" w14:paraId="24B56054" w14:textId="77777777" w:rsidTr="00F47956">
        <w:tc>
          <w:tcPr>
            <w:tcW w:w="1384" w:type="dxa"/>
          </w:tcPr>
          <w:p w14:paraId="01B87623" w14:textId="77777777" w:rsidR="00EC4DD2" w:rsidRDefault="00AC66FD">
            <w:proofErr w:type="gramStart"/>
            <w:r>
              <w:t>North East</w:t>
            </w:r>
            <w:proofErr w:type="gramEnd"/>
          </w:p>
        </w:tc>
        <w:tc>
          <w:tcPr>
            <w:tcW w:w="2552" w:type="dxa"/>
          </w:tcPr>
          <w:p w14:paraId="09329183" w14:textId="77777777" w:rsidR="00EC4DD2" w:rsidRDefault="00AC66FD">
            <w:r>
              <w:t>Drs Day &amp; Raja</w:t>
            </w:r>
          </w:p>
        </w:tc>
        <w:tc>
          <w:tcPr>
            <w:tcW w:w="3118" w:type="dxa"/>
          </w:tcPr>
          <w:p w14:paraId="47A1F1E1" w14:textId="77777777" w:rsidR="00EC4DD2" w:rsidRDefault="00AC66FD">
            <w:r>
              <w:t>Bridgeton Health Centre, Wing C, 201 Abercromby Street, Glasgow G40 2DA</w:t>
            </w:r>
          </w:p>
        </w:tc>
        <w:tc>
          <w:tcPr>
            <w:tcW w:w="1276" w:type="dxa"/>
          </w:tcPr>
          <w:p w14:paraId="456E30FC" w14:textId="77777777" w:rsidR="00EC4DD2" w:rsidRDefault="00AC66FD">
            <w:r>
              <w:t>0141 531 6610</w:t>
            </w:r>
          </w:p>
        </w:tc>
        <w:tc>
          <w:tcPr>
            <w:tcW w:w="1701" w:type="dxa"/>
          </w:tcPr>
          <w:p w14:paraId="2056661E" w14:textId="77777777" w:rsidR="00EC4DD2" w:rsidRDefault="00AC66FD">
            <w:r>
              <w:t>Emma McLean</w:t>
            </w:r>
          </w:p>
        </w:tc>
        <w:tc>
          <w:tcPr>
            <w:tcW w:w="2386" w:type="dxa"/>
          </w:tcPr>
          <w:p w14:paraId="15A2AE27" w14:textId="77777777" w:rsidR="00EC4DD2" w:rsidRDefault="00AC66FD">
            <w:r>
              <w:t>emma.mclean@alliance-scotland.org.uk</w:t>
            </w:r>
          </w:p>
        </w:tc>
      </w:tr>
      <w:tr w:rsidR="00EC4DD2" w14:paraId="32BEBB98" w14:textId="77777777" w:rsidTr="00F47956">
        <w:tc>
          <w:tcPr>
            <w:tcW w:w="1384" w:type="dxa"/>
            <w:shd w:val="clear" w:color="auto" w:fill="F7F7F7"/>
          </w:tcPr>
          <w:p w14:paraId="371EBF2B" w14:textId="77777777" w:rsidR="00EC4DD2" w:rsidRDefault="00AC66FD">
            <w:proofErr w:type="gramStart"/>
            <w:r>
              <w:t>North East</w:t>
            </w:r>
            <w:proofErr w:type="gramEnd"/>
          </w:p>
        </w:tc>
        <w:tc>
          <w:tcPr>
            <w:tcW w:w="2552" w:type="dxa"/>
            <w:shd w:val="clear" w:color="auto" w:fill="F7F7F7"/>
          </w:tcPr>
          <w:p w14:paraId="5D0DCB3D" w14:textId="77777777" w:rsidR="00EC4DD2" w:rsidRDefault="00AC66FD">
            <w:r>
              <w:t>Dr M Saleem</w:t>
            </w:r>
          </w:p>
        </w:tc>
        <w:tc>
          <w:tcPr>
            <w:tcW w:w="3118" w:type="dxa"/>
            <w:shd w:val="clear" w:color="auto" w:fill="F7F7F7"/>
          </w:tcPr>
          <w:p w14:paraId="327F2393" w14:textId="77777777" w:rsidR="00EC4DD2" w:rsidRDefault="00AC66FD">
            <w:r>
              <w:t>Bridgeton Health Centre, 201 Abercromby Street, Glasgow G40 2DA</w:t>
            </w:r>
          </w:p>
        </w:tc>
        <w:tc>
          <w:tcPr>
            <w:tcW w:w="1276" w:type="dxa"/>
            <w:shd w:val="clear" w:color="auto" w:fill="F7F7F7"/>
          </w:tcPr>
          <w:p w14:paraId="7F164C17" w14:textId="77777777" w:rsidR="00EC4DD2" w:rsidRDefault="00AC66FD">
            <w:r>
              <w:t>0141 531 6670</w:t>
            </w:r>
          </w:p>
        </w:tc>
        <w:tc>
          <w:tcPr>
            <w:tcW w:w="1701" w:type="dxa"/>
            <w:shd w:val="clear" w:color="auto" w:fill="F7F7F7"/>
          </w:tcPr>
          <w:p w14:paraId="529C2C54" w14:textId="77777777" w:rsidR="00EC4DD2" w:rsidRDefault="00AC66FD">
            <w:r>
              <w:t>Emma McLean</w:t>
            </w:r>
          </w:p>
        </w:tc>
        <w:tc>
          <w:tcPr>
            <w:tcW w:w="2386" w:type="dxa"/>
            <w:shd w:val="clear" w:color="auto" w:fill="F7F7F7"/>
          </w:tcPr>
          <w:p w14:paraId="729E9F7B" w14:textId="77777777" w:rsidR="00EC4DD2" w:rsidRDefault="00AC66FD">
            <w:r>
              <w:t>emma.mclean@alliance-scotland.org.uk</w:t>
            </w:r>
          </w:p>
        </w:tc>
      </w:tr>
      <w:tr w:rsidR="00EC4DD2" w14:paraId="66EFFE39" w14:textId="77777777" w:rsidTr="00F47956">
        <w:tc>
          <w:tcPr>
            <w:tcW w:w="1384" w:type="dxa"/>
          </w:tcPr>
          <w:p w14:paraId="56921941" w14:textId="77777777" w:rsidR="00EC4DD2" w:rsidRDefault="00AC66FD">
            <w:proofErr w:type="gramStart"/>
            <w:r>
              <w:t>North East</w:t>
            </w:r>
            <w:proofErr w:type="gramEnd"/>
            <w:r>
              <w:t xml:space="preserve"> </w:t>
            </w:r>
          </w:p>
        </w:tc>
        <w:tc>
          <w:tcPr>
            <w:tcW w:w="2552" w:type="dxa"/>
          </w:tcPr>
          <w:p w14:paraId="2FE79ECE" w14:textId="77777777" w:rsidR="00EC4DD2" w:rsidRDefault="00AC66FD">
            <w:r>
              <w:t>Abercromby Practice</w:t>
            </w:r>
          </w:p>
        </w:tc>
        <w:tc>
          <w:tcPr>
            <w:tcW w:w="3118" w:type="dxa"/>
          </w:tcPr>
          <w:p w14:paraId="2F148EBC" w14:textId="77777777" w:rsidR="00EC4DD2" w:rsidRDefault="00AC66FD">
            <w:r>
              <w:t>Bridgeton Health Centre, 201 Abercromby St, Bridgeton, Glasgow G40 2DA</w:t>
            </w:r>
          </w:p>
        </w:tc>
        <w:tc>
          <w:tcPr>
            <w:tcW w:w="1276" w:type="dxa"/>
          </w:tcPr>
          <w:p w14:paraId="3B86577D" w14:textId="77777777" w:rsidR="00EC4DD2" w:rsidRDefault="00AC66FD">
            <w:r>
              <w:t>0141 531 6500</w:t>
            </w:r>
          </w:p>
        </w:tc>
        <w:tc>
          <w:tcPr>
            <w:tcW w:w="1701" w:type="dxa"/>
          </w:tcPr>
          <w:p w14:paraId="280DB962" w14:textId="77777777" w:rsidR="00EC4DD2" w:rsidRDefault="00AC66FD">
            <w:proofErr w:type="spellStart"/>
            <w:r>
              <w:t>Siobhann</w:t>
            </w:r>
            <w:proofErr w:type="spellEnd"/>
            <w:r>
              <w:t xml:space="preserve"> McGuire</w:t>
            </w:r>
          </w:p>
        </w:tc>
        <w:tc>
          <w:tcPr>
            <w:tcW w:w="2386" w:type="dxa"/>
          </w:tcPr>
          <w:p w14:paraId="3E481239" w14:textId="77777777" w:rsidR="00EC4DD2" w:rsidRDefault="00AC66FD">
            <w:r>
              <w:t>siobhann@mcguire@alliance-scotland.org.uk</w:t>
            </w:r>
          </w:p>
        </w:tc>
      </w:tr>
      <w:tr w:rsidR="00EC4DD2" w14:paraId="66AAC8EF" w14:textId="77777777" w:rsidTr="00F47956">
        <w:tc>
          <w:tcPr>
            <w:tcW w:w="1384" w:type="dxa"/>
            <w:shd w:val="clear" w:color="auto" w:fill="F7F7F7"/>
          </w:tcPr>
          <w:p w14:paraId="7E96269F" w14:textId="77777777" w:rsidR="00EC4DD2" w:rsidRDefault="00AC66FD">
            <w:proofErr w:type="gramStart"/>
            <w:r>
              <w:t>North East</w:t>
            </w:r>
            <w:proofErr w:type="gramEnd"/>
          </w:p>
        </w:tc>
        <w:tc>
          <w:tcPr>
            <w:tcW w:w="2552" w:type="dxa"/>
            <w:shd w:val="clear" w:color="auto" w:fill="F7F7F7"/>
          </w:tcPr>
          <w:p w14:paraId="4EC84474" w14:textId="77777777" w:rsidR="00EC4DD2" w:rsidRDefault="00AC66FD">
            <w:r>
              <w:t>Calton Medical Practice (Dr Kapadia, Dr Khan &amp; Dr Naz)</w:t>
            </w:r>
          </w:p>
        </w:tc>
        <w:tc>
          <w:tcPr>
            <w:tcW w:w="3118" w:type="dxa"/>
            <w:shd w:val="clear" w:color="auto" w:fill="F7F7F7"/>
          </w:tcPr>
          <w:p w14:paraId="41AC2396" w14:textId="77777777" w:rsidR="00EC4DD2" w:rsidRDefault="00AC66FD">
            <w:r>
              <w:t>Bridgeton Health Centre, 201 Abercromby St, Bridgeton, Glasgow G40 2DA</w:t>
            </w:r>
          </w:p>
        </w:tc>
        <w:tc>
          <w:tcPr>
            <w:tcW w:w="1276" w:type="dxa"/>
            <w:shd w:val="clear" w:color="auto" w:fill="F7F7F7"/>
          </w:tcPr>
          <w:p w14:paraId="48F5BED4" w14:textId="77777777" w:rsidR="00EC4DD2" w:rsidRDefault="00AC66FD">
            <w:r>
              <w:t>0141 531 6650</w:t>
            </w:r>
          </w:p>
        </w:tc>
        <w:tc>
          <w:tcPr>
            <w:tcW w:w="1701" w:type="dxa"/>
            <w:shd w:val="clear" w:color="auto" w:fill="F7F7F7"/>
          </w:tcPr>
          <w:p w14:paraId="6D2E4BDC" w14:textId="77777777" w:rsidR="00EC4DD2" w:rsidRDefault="00AC66FD">
            <w:r>
              <w:t>Annette Byrne</w:t>
            </w:r>
          </w:p>
        </w:tc>
        <w:tc>
          <w:tcPr>
            <w:tcW w:w="2386" w:type="dxa"/>
            <w:shd w:val="clear" w:color="auto" w:fill="F7F7F7"/>
          </w:tcPr>
          <w:p w14:paraId="0E6798E0" w14:textId="77777777" w:rsidR="00EC4DD2" w:rsidRDefault="00AC66FD">
            <w:r>
              <w:t>annette.byrne@alliance-scotland.org.uk</w:t>
            </w:r>
          </w:p>
        </w:tc>
      </w:tr>
      <w:tr w:rsidR="00EC4DD2" w14:paraId="27C74D58" w14:textId="77777777" w:rsidTr="00F47956">
        <w:tc>
          <w:tcPr>
            <w:tcW w:w="1384" w:type="dxa"/>
          </w:tcPr>
          <w:p w14:paraId="5A75C39F" w14:textId="77777777" w:rsidR="00EC4DD2" w:rsidRDefault="00AC66FD">
            <w:proofErr w:type="gramStart"/>
            <w:r>
              <w:t>North East</w:t>
            </w:r>
            <w:proofErr w:type="gramEnd"/>
          </w:p>
        </w:tc>
        <w:tc>
          <w:tcPr>
            <w:tcW w:w="2552" w:type="dxa"/>
          </w:tcPr>
          <w:p w14:paraId="5125833C" w14:textId="77777777" w:rsidR="00EC4DD2" w:rsidRDefault="00AC66FD">
            <w:r>
              <w:t>Drs Miller, Fleming &amp; Capewell (formerly Drs Miller, Anderson &amp; Fleming)</w:t>
            </w:r>
          </w:p>
        </w:tc>
        <w:tc>
          <w:tcPr>
            <w:tcW w:w="3118" w:type="dxa"/>
          </w:tcPr>
          <w:p w14:paraId="1D5E0A1B" w14:textId="77777777" w:rsidR="00EC4DD2" w:rsidRDefault="00AC66FD">
            <w:r>
              <w:t xml:space="preserve">Lightburn Medical Centre, 930 </w:t>
            </w:r>
            <w:proofErr w:type="spellStart"/>
            <w:r>
              <w:t>Carntyne</w:t>
            </w:r>
            <w:proofErr w:type="spellEnd"/>
            <w:r>
              <w:t xml:space="preserve"> Rd, Glasgow G32 6NB</w:t>
            </w:r>
          </w:p>
        </w:tc>
        <w:tc>
          <w:tcPr>
            <w:tcW w:w="1276" w:type="dxa"/>
          </w:tcPr>
          <w:p w14:paraId="12EE67FF" w14:textId="77777777" w:rsidR="00EC4DD2" w:rsidRDefault="00AC66FD">
            <w:r>
              <w:t>0141 778 0440</w:t>
            </w:r>
          </w:p>
        </w:tc>
        <w:tc>
          <w:tcPr>
            <w:tcW w:w="1701" w:type="dxa"/>
          </w:tcPr>
          <w:p w14:paraId="7B6DA619" w14:textId="77777777" w:rsidR="00EC4DD2" w:rsidRDefault="00AC66FD">
            <w:r>
              <w:t>Louise Tyma</w:t>
            </w:r>
          </w:p>
        </w:tc>
        <w:tc>
          <w:tcPr>
            <w:tcW w:w="2386" w:type="dxa"/>
          </w:tcPr>
          <w:p w14:paraId="176E82DD" w14:textId="77777777" w:rsidR="00EC4DD2" w:rsidRDefault="00AC66FD">
            <w:r>
              <w:t>Louise.Tyma@alliance-scotland.org.uk</w:t>
            </w:r>
          </w:p>
        </w:tc>
      </w:tr>
      <w:tr w:rsidR="00EC4DD2" w14:paraId="7D3B08D9" w14:textId="77777777" w:rsidTr="00F47956">
        <w:tc>
          <w:tcPr>
            <w:tcW w:w="1384" w:type="dxa"/>
            <w:shd w:val="clear" w:color="auto" w:fill="F7F7F7"/>
          </w:tcPr>
          <w:p w14:paraId="1C443755" w14:textId="77777777" w:rsidR="00EC4DD2" w:rsidRDefault="00AC66FD">
            <w:proofErr w:type="gramStart"/>
            <w:r>
              <w:t>North East</w:t>
            </w:r>
            <w:proofErr w:type="gramEnd"/>
          </w:p>
        </w:tc>
        <w:tc>
          <w:tcPr>
            <w:tcW w:w="2552" w:type="dxa"/>
            <w:shd w:val="clear" w:color="auto" w:fill="F7F7F7"/>
          </w:tcPr>
          <w:p w14:paraId="181C8537" w14:textId="77777777" w:rsidR="00EC4DD2" w:rsidRDefault="00AC66FD">
            <w:r>
              <w:t xml:space="preserve">Drs </w:t>
            </w:r>
            <w:proofErr w:type="spellStart"/>
            <w:r>
              <w:t>Maccallum</w:t>
            </w:r>
            <w:proofErr w:type="spellEnd"/>
            <w:r>
              <w:t xml:space="preserve">, Gardiner &amp; MacKay (formerly Drs </w:t>
            </w:r>
            <w:proofErr w:type="spellStart"/>
            <w:r>
              <w:t>Mccallum</w:t>
            </w:r>
            <w:proofErr w:type="spellEnd"/>
            <w:r>
              <w:t>, Gardiner &amp; Makun)</w:t>
            </w:r>
          </w:p>
        </w:tc>
        <w:tc>
          <w:tcPr>
            <w:tcW w:w="3118" w:type="dxa"/>
            <w:shd w:val="clear" w:color="auto" w:fill="F7F7F7"/>
          </w:tcPr>
          <w:p w14:paraId="30FB9C45" w14:textId="77777777" w:rsidR="00EC4DD2" w:rsidRDefault="00AC66FD">
            <w:r>
              <w:t xml:space="preserve">Lightburn Medical Centre, 930 </w:t>
            </w:r>
            <w:proofErr w:type="spellStart"/>
            <w:r>
              <w:t>Carntyne</w:t>
            </w:r>
            <w:proofErr w:type="spellEnd"/>
            <w:r>
              <w:t xml:space="preserve"> Rd, Glasgow G32 6NB</w:t>
            </w:r>
          </w:p>
        </w:tc>
        <w:tc>
          <w:tcPr>
            <w:tcW w:w="1276" w:type="dxa"/>
            <w:shd w:val="clear" w:color="auto" w:fill="F7F7F7"/>
          </w:tcPr>
          <w:p w14:paraId="7B20980B" w14:textId="77777777" w:rsidR="00EC4DD2" w:rsidRDefault="00AC66FD">
            <w:r>
              <w:t>0141 764 1666</w:t>
            </w:r>
          </w:p>
        </w:tc>
        <w:tc>
          <w:tcPr>
            <w:tcW w:w="1701" w:type="dxa"/>
            <w:shd w:val="clear" w:color="auto" w:fill="F7F7F7"/>
          </w:tcPr>
          <w:p w14:paraId="68EDF56F" w14:textId="77777777" w:rsidR="00EC4DD2" w:rsidRDefault="00AC66FD">
            <w:r>
              <w:t>Louise Tyma</w:t>
            </w:r>
          </w:p>
        </w:tc>
        <w:tc>
          <w:tcPr>
            <w:tcW w:w="2386" w:type="dxa"/>
            <w:shd w:val="clear" w:color="auto" w:fill="F7F7F7"/>
          </w:tcPr>
          <w:p w14:paraId="7DEB34A4" w14:textId="77777777" w:rsidR="00EC4DD2" w:rsidRDefault="00AC66FD">
            <w:r>
              <w:t>Louise.Tyma@alliance-scotland.org.uk</w:t>
            </w:r>
          </w:p>
        </w:tc>
      </w:tr>
      <w:tr w:rsidR="00EC4DD2" w14:paraId="33D1133C" w14:textId="77777777" w:rsidTr="00F47956">
        <w:tc>
          <w:tcPr>
            <w:tcW w:w="1384" w:type="dxa"/>
          </w:tcPr>
          <w:p w14:paraId="5095DDB6" w14:textId="77777777" w:rsidR="00EC4DD2" w:rsidRDefault="00AC66FD">
            <w:proofErr w:type="gramStart"/>
            <w:r>
              <w:t>North East</w:t>
            </w:r>
            <w:proofErr w:type="gramEnd"/>
          </w:p>
        </w:tc>
        <w:tc>
          <w:tcPr>
            <w:tcW w:w="2552" w:type="dxa"/>
          </w:tcPr>
          <w:p w14:paraId="7D2318DC" w14:textId="77777777" w:rsidR="00EC4DD2" w:rsidRDefault="00AC66FD">
            <w:r>
              <w:t>Drs MacKenzie &amp; Burns</w:t>
            </w:r>
          </w:p>
        </w:tc>
        <w:tc>
          <w:tcPr>
            <w:tcW w:w="3118" w:type="dxa"/>
          </w:tcPr>
          <w:p w14:paraId="0B023340" w14:textId="77777777" w:rsidR="00EC4DD2" w:rsidRDefault="00AC66FD">
            <w:r>
              <w:t>101 Salamanca St, Glasgow G31 5BA</w:t>
            </w:r>
          </w:p>
        </w:tc>
        <w:tc>
          <w:tcPr>
            <w:tcW w:w="1276" w:type="dxa"/>
          </w:tcPr>
          <w:p w14:paraId="6250A803" w14:textId="77777777" w:rsidR="00EC4DD2" w:rsidRDefault="00AC66FD">
            <w:r>
              <w:t>0141 531 9070</w:t>
            </w:r>
          </w:p>
        </w:tc>
        <w:tc>
          <w:tcPr>
            <w:tcW w:w="1701" w:type="dxa"/>
          </w:tcPr>
          <w:p w14:paraId="5F3EEF82" w14:textId="77777777" w:rsidR="00EC4DD2" w:rsidRDefault="00AC66FD">
            <w:r>
              <w:t>David Revie</w:t>
            </w:r>
          </w:p>
        </w:tc>
        <w:tc>
          <w:tcPr>
            <w:tcW w:w="2386" w:type="dxa"/>
          </w:tcPr>
          <w:p w14:paraId="4373E557" w14:textId="77777777" w:rsidR="00EC4DD2" w:rsidRDefault="00AC66FD">
            <w:r>
              <w:t>David.Revie@alliance-scotland.org.uk</w:t>
            </w:r>
          </w:p>
        </w:tc>
      </w:tr>
      <w:tr w:rsidR="00EC4DD2" w14:paraId="2A6AE26A" w14:textId="77777777" w:rsidTr="00F47956">
        <w:tc>
          <w:tcPr>
            <w:tcW w:w="1384" w:type="dxa"/>
            <w:shd w:val="clear" w:color="auto" w:fill="F7F7F7"/>
          </w:tcPr>
          <w:p w14:paraId="21F90EBC" w14:textId="77777777" w:rsidR="00EC4DD2" w:rsidRDefault="00AC66FD">
            <w:proofErr w:type="gramStart"/>
            <w:r>
              <w:t>North East</w:t>
            </w:r>
            <w:proofErr w:type="gramEnd"/>
          </w:p>
        </w:tc>
        <w:tc>
          <w:tcPr>
            <w:tcW w:w="2552" w:type="dxa"/>
            <w:shd w:val="clear" w:color="auto" w:fill="F7F7F7"/>
          </w:tcPr>
          <w:p w14:paraId="5F6E1F11" w14:textId="77777777" w:rsidR="00EC4DD2" w:rsidRDefault="00AC66FD">
            <w:r>
              <w:t>Crail Medical Practice</w:t>
            </w:r>
          </w:p>
        </w:tc>
        <w:tc>
          <w:tcPr>
            <w:tcW w:w="3118" w:type="dxa"/>
            <w:shd w:val="clear" w:color="auto" w:fill="F7F7F7"/>
          </w:tcPr>
          <w:p w14:paraId="2150B66B" w14:textId="77777777" w:rsidR="00EC4DD2" w:rsidRDefault="00AC66FD">
            <w:r>
              <w:t>245 Tollcross Rd, Glasgow G31 4UW</w:t>
            </w:r>
          </w:p>
        </w:tc>
        <w:tc>
          <w:tcPr>
            <w:tcW w:w="1276" w:type="dxa"/>
            <w:shd w:val="clear" w:color="auto" w:fill="F7F7F7"/>
          </w:tcPr>
          <w:p w14:paraId="444CF6D6" w14:textId="77777777" w:rsidR="00EC4DD2" w:rsidRDefault="00AC66FD">
            <w:r>
              <w:t>0141 554 3199</w:t>
            </w:r>
          </w:p>
        </w:tc>
        <w:tc>
          <w:tcPr>
            <w:tcW w:w="1701" w:type="dxa"/>
            <w:shd w:val="clear" w:color="auto" w:fill="F7F7F7"/>
          </w:tcPr>
          <w:p w14:paraId="50F6673A" w14:textId="77777777" w:rsidR="00EC4DD2" w:rsidRDefault="00AC66FD">
            <w:r>
              <w:t>Michelle Coulter</w:t>
            </w:r>
          </w:p>
        </w:tc>
        <w:tc>
          <w:tcPr>
            <w:tcW w:w="2386" w:type="dxa"/>
            <w:shd w:val="clear" w:color="auto" w:fill="F7F7F7"/>
          </w:tcPr>
          <w:p w14:paraId="14BADE95" w14:textId="77777777" w:rsidR="00EC4DD2" w:rsidRDefault="00AC66FD">
            <w:r>
              <w:t>Michelle.Coulter@alliance-scotland.org.uk</w:t>
            </w:r>
          </w:p>
        </w:tc>
      </w:tr>
      <w:tr w:rsidR="00EC4DD2" w14:paraId="54280790" w14:textId="77777777" w:rsidTr="00F47956">
        <w:tc>
          <w:tcPr>
            <w:tcW w:w="1384" w:type="dxa"/>
          </w:tcPr>
          <w:p w14:paraId="0792A2D0" w14:textId="77777777" w:rsidR="00EC4DD2" w:rsidRDefault="00AC66FD">
            <w:proofErr w:type="gramStart"/>
            <w:r>
              <w:t>North East</w:t>
            </w:r>
            <w:proofErr w:type="gramEnd"/>
          </w:p>
        </w:tc>
        <w:tc>
          <w:tcPr>
            <w:tcW w:w="2552" w:type="dxa"/>
          </w:tcPr>
          <w:p w14:paraId="158DC42D" w14:textId="77777777" w:rsidR="00EC4DD2" w:rsidRDefault="00AC66FD">
            <w:proofErr w:type="spellStart"/>
            <w:r>
              <w:t>Carntyne</w:t>
            </w:r>
            <w:proofErr w:type="spellEnd"/>
            <w:r>
              <w:t xml:space="preserve"> Medical Centre</w:t>
            </w:r>
          </w:p>
        </w:tc>
        <w:tc>
          <w:tcPr>
            <w:tcW w:w="3118" w:type="dxa"/>
          </w:tcPr>
          <w:p w14:paraId="197718A5" w14:textId="77777777" w:rsidR="00EC4DD2" w:rsidRDefault="00AC66FD">
            <w:r>
              <w:t xml:space="preserve">275 </w:t>
            </w:r>
            <w:proofErr w:type="spellStart"/>
            <w:r>
              <w:t>Carntyne</w:t>
            </w:r>
            <w:proofErr w:type="spellEnd"/>
            <w:r>
              <w:t xml:space="preserve"> Road, Glasgow, G32 6JP</w:t>
            </w:r>
          </w:p>
        </w:tc>
        <w:tc>
          <w:tcPr>
            <w:tcW w:w="1276" w:type="dxa"/>
          </w:tcPr>
          <w:p w14:paraId="099C5D14" w14:textId="77777777" w:rsidR="00EC4DD2" w:rsidRDefault="00AC66FD">
            <w:r>
              <w:t>0141 550 7970</w:t>
            </w:r>
          </w:p>
        </w:tc>
        <w:tc>
          <w:tcPr>
            <w:tcW w:w="1701" w:type="dxa"/>
          </w:tcPr>
          <w:p w14:paraId="3D31FEC8" w14:textId="77777777" w:rsidR="00EC4DD2" w:rsidRDefault="00AC66FD">
            <w:r>
              <w:t>Kat Hill</w:t>
            </w:r>
          </w:p>
        </w:tc>
        <w:tc>
          <w:tcPr>
            <w:tcW w:w="2386" w:type="dxa"/>
          </w:tcPr>
          <w:p w14:paraId="2A6D9B4A" w14:textId="77777777" w:rsidR="00EC4DD2" w:rsidRDefault="00AC66FD">
            <w:r>
              <w:t>katherine.hill@alliance-scotland.org.uk</w:t>
            </w:r>
          </w:p>
        </w:tc>
      </w:tr>
      <w:tr w:rsidR="00EC4DD2" w14:paraId="1F1838C3" w14:textId="77777777" w:rsidTr="00F47956">
        <w:tc>
          <w:tcPr>
            <w:tcW w:w="1384" w:type="dxa"/>
            <w:shd w:val="clear" w:color="auto" w:fill="F7F7F7"/>
          </w:tcPr>
          <w:p w14:paraId="18B8C1E9" w14:textId="77777777" w:rsidR="00EC4DD2" w:rsidRDefault="00AC66FD">
            <w:proofErr w:type="gramStart"/>
            <w:r>
              <w:t>North East</w:t>
            </w:r>
            <w:proofErr w:type="gramEnd"/>
          </w:p>
        </w:tc>
        <w:tc>
          <w:tcPr>
            <w:tcW w:w="2552" w:type="dxa"/>
            <w:shd w:val="clear" w:color="auto" w:fill="F7F7F7"/>
          </w:tcPr>
          <w:p w14:paraId="335C60F2" w14:textId="77777777" w:rsidR="00EC4DD2" w:rsidRDefault="00AC66FD">
            <w:r>
              <w:t xml:space="preserve">Forge Medical Practice (formerly Drs Dames &amp; Lateef) </w:t>
            </w:r>
          </w:p>
        </w:tc>
        <w:tc>
          <w:tcPr>
            <w:tcW w:w="3118" w:type="dxa"/>
            <w:shd w:val="clear" w:color="auto" w:fill="F7F7F7"/>
          </w:tcPr>
          <w:p w14:paraId="5435C146" w14:textId="77777777" w:rsidR="00EC4DD2" w:rsidRDefault="00AC66FD">
            <w:r>
              <w:t>101 Salamanca St, Parkhead, Glasgow G31 5BA</w:t>
            </w:r>
          </w:p>
        </w:tc>
        <w:tc>
          <w:tcPr>
            <w:tcW w:w="1276" w:type="dxa"/>
            <w:shd w:val="clear" w:color="auto" w:fill="F7F7F7"/>
          </w:tcPr>
          <w:p w14:paraId="0DBA2DCC" w14:textId="77777777" w:rsidR="00EC4DD2" w:rsidRDefault="00AC66FD">
            <w:r>
              <w:t>0141 531 9050</w:t>
            </w:r>
          </w:p>
        </w:tc>
        <w:tc>
          <w:tcPr>
            <w:tcW w:w="1701" w:type="dxa"/>
            <w:shd w:val="clear" w:color="auto" w:fill="F7F7F7"/>
          </w:tcPr>
          <w:p w14:paraId="3E5FD535" w14:textId="77777777" w:rsidR="00EC4DD2" w:rsidRDefault="00AC66FD">
            <w:r>
              <w:t>Joseph Donnelly</w:t>
            </w:r>
          </w:p>
        </w:tc>
        <w:tc>
          <w:tcPr>
            <w:tcW w:w="2386" w:type="dxa"/>
            <w:shd w:val="clear" w:color="auto" w:fill="F7F7F7"/>
          </w:tcPr>
          <w:p w14:paraId="3FDB4FF7" w14:textId="77777777" w:rsidR="00EC4DD2" w:rsidRDefault="00AC66FD">
            <w:r>
              <w:t>Joseph.Donnelly@alliance-scotland.org.uk</w:t>
            </w:r>
          </w:p>
        </w:tc>
      </w:tr>
      <w:tr w:rsidR="00EC4DD2" w14:paraId="7F09DD56" w14:textId="77777777" w:rsidTr="00F47956">
        <w:tc>
          <w:tcPr>
            <w:tcW w:w="1384" w:type="dxa"/>
          </w:tcPr>
          <w:p w14:paraId="3683A3F4" w14:textId="77777777" w:rsidR="00EC4DD2" w:rsidRDefault="00AC66FD">
            <w:proofErr w:type="gramStart"/>
            <w:r>
              <w:t>North East</w:t>
            </w:r>
            <w:proofErr w:type="gramEnd"/>
          </w:p>
        </w:tc>
        <w:tc>
          <w:tcPr>
            <w:tcW w:w="2552" w:type="dxa"/>
          </w:tcPr>
          <w:p w14:paraId="57DA3EBA" w14:textId="77777777" w:rsidR="00EC4DD2" w:rsidRDefault="00AC66FD">
            <w:proofErr w:type="spellStart"/>
            <w:r>
              <w:t>Westmuir</w:t>
            </w:r>
            <w:proofErr w:type="spellEnd"/>
            <w:r>
              <w:t xml:space="preserve"> Medical Centre</w:t>
            </w:r>
          </w:p>
        </w:tc>
        <w:tc>
          <w:tcPr>
            <w:tcW w:w="3118" w:type="dxa"/>
          </w:tcPr>
          <w:p w14:paraId="54398734" w14:textId="77777777" w:rsidR="00EC4DD2" w:rsidRDefault="00AC66FD">
            <w:r>
              <w:t>109 Crail St, Glasgow G31 5RA</w:t>
            </w:r>
          </w:p>
        </w:tc>
        <w:tc>
          <w:tcPr>
            <w:tcW w:w="1276" w:type="dxa"/>
          </w:tcPr>
          <w:p w14:paraId="391F85DC" w14:textId="77777777" w:rsidR="00EC4DD2" w:rsidRDefault="00AC66FD">
            <w:r>
              <w:t>0141 554 4253</w:t>
            </w:r>
          </w:p>
        </w:tc>
        <w:tc>
          <w:tcPr>
            <w:tcW w:w="1701" w:type="dxa"/>
          </w:tcPr>
          <w:p w14:paraId="2E6AB80F" w14:textId="77777777" w:rsidR="00EC4DD2" w:rsidRDefault="00AC66FD">
            <w:r>
              <w:t>Liz McQueen</w:t>
            </w:r>
          </w:p>
        </w:tc>
        <w:tc>
          <w:tcPr>
            <w:tcW w:w="2386" w:type="dxa"/>
          </w:tcPr>
          <w:p w14:paraId="49E3175A" w14:textId="70FDB2D7" w:rsidR="00EC4DD2" w:rsidRDefault="00F47956">
            <w:hyperlink r:id="rId6" w:history="1">
              <w:r w:rsidRPr="0003316D">
                <w:rPr>
                  <w:rStyle w:val="Hyperlink"/>
                </w:rPr>
                <w:t>Elizabeth.McQueen@alliance-scotland.org.uk</w:t>
              </w:r>
            </w:hyperlink>
          </w:p>
          <w:p w14:paraId="0E6BD1EE" w14:textId="77777777" w:rsidR="00F47956" w:rsidRDefault="00F47956"/>
        </w:tc>
      </w:tr>
      <w:tr w:rsidR="00EC4DD2" w14:paraId="0A15B66B" w14:textId="77777777" w:rsidTr="00F47956">
        <w:tc>
          <w:tcPr>
            <w:tcW w:w="1384" w:type="dxa"/>
            <w:shd w:val="clear" w:color="auto" w:fill="F7F7F7"/>
          </w:tcPr>
          <w:p w14:paraId="26E8AA3B" w14:textId="77777777" w:rsidR="00EC4DD2" w:rsidRDefault="00AC66FD">
            <w:proofErr w:type="gramStart"/>
            <w:r>
              <w:lastRenderedPageBreak/>
              <w:t>North East</w:t>
            </w:r>
            <w:proofErr w:type="gramEnd"/>
          </w:p>
        </w:tc>
        <w:tc>
          <w:tcPr>
            <w:tcW w:w="2552" w:type="dxa"/>
            <w:shd w:val="clear" w:color="auto" w:fill="F7F7F7"/>
          </w:tcPr>
          <w:p w14:paraId="43B86E62" w14:textId="77777777" w:rsidR="00EC4DD2" w:rsidRDefault="00AC66FD">
            <w:r>
              <w:t>Drs Al-</w:t>
            </w:r>
            <w:proofErr w:type="spellStart"/>
            <w:r>
              <w:t>Agilly</w:t>
            </w:r>
            <w:proofErr w:type="spellEnd"/>
            <w:r>
              <w:t xml:space="preserve"> &amp; Morgan (Edinburgh Rd Surgery)</w:t>
            </w:r>
          </w:p>
        </w:tc>
        <w:tc>
          <w:tcPr>
            <w:tcW w:w="3118" w:type="dxa"/>
            <w:shd w:val="clear" w:color="auto" w:fill="F7F7F7"/>
          </w:tcPr>
          <w:p w14:paraId="34EA000F" w14:textId="77777777" w:rsidR="00EC4DD2" w:rsidRDefault="00AC66FD">
            <w:r>
              <w:t>463 Edinburgh Rd, Glasgow G33 3AL</w:t>
            </w:r>
          </w:p>
        </w:tc>
        <w:tc>
          <w:tcPr>
            <w:tcW w:w="1276" w:type="dxa"/>
            <w:shd w:val="clear" w:color="auto" w:fill="F7F7F7"/>
          </w:tcPr>
          <w:p w14:paraId="5E689E93" w14:textId="77777777" w:rsidR="00EC4DD2" w:rsidRDefault="00AC66FD">
            <w:r>
              <w:t>0141 770 4044</w:t>
            </w:r>
          </w:p>
        </w:tc>
        <w:tc>
          <w:tcPr>
            <w:tcW w:w="1701" w:type="dxa"/>
            <w:shd w:val="clear" w:color="auto" w:fill="F7F7F7"/>
          </w:tcPr>
          <w:p w14:paraId="354B1383" w14:textId="77777777" w:rsidR="00EC4DD2" w:rsidRDefault="00AC66FD">
            <w:r>
              <w:t>Janette Cunningham</w:t>
            </w:r>
          </w:p>
        </w:tc>
        <w:tc>
          <w:tcPr>
            <w:tcW w:w="2386" w:type="dxa"/>
            <w:shd w:val="clear" w:color="auto" w:fill="F7F7F7"/>
          </w:tcPr>
          <w:p w14:paraId="7D8D30DF" w14:textId="77777777" w:rsidR="00EC4DD2" w:rsidRDefault="00AC66FD">
            <w:r>
              <w:t>Janette.Cunningham@alliance-scotland.org.uk</w:t>
            </w:r>
          </w:p>
        </w:tc>
      </w:tr>
      <w:tr w:rsidR="00EC4DD2" w14:paraId="62509658" w14:textId="77777777" w:rsidTr="00F47956">
        <w:tc>
          <w:tcPr>
            <w:tcW w:w="1384" w:type="dxa"/>
          </w:tcPr>
          <w:p w14:paraId="03DA010F" w14:textId="77777777" w:rsidR="00EC4DD2" w:rsidRDefault="00AC66FD">
            <w:proofErr w:type="gramStart"/>
            <w:r>
              <w:t>North East</w:t>
            </w:r>
            <w:proofErr w:type="gramEnd"/>
          </w:p>
        </w:tc>
        <w:tc>
          <w:tcPr>
            <w:tcW w:w="2552" w:type="dxa"/>
          </w:tcPr>
          <w:p w14:paraId="12F175A3" w14:textId="77777777" w:rsidR="00EC4DD2" w:rsidRDefault="00AC66FD">
            <w:r>
              <w:t>Tollcross Medical Centre</w:t>
            </w:r>
          </w:p>
        </w:tc>
        <w:tc>
          <w:tcPr>
            <w:tcW w:w="3118" w:type="dxa"/>
          </w:tcPr>
          <w:p w14:paraId="166BFBEF" w14:textId="77777777" w:rsidR="00EC4DD2" w:rsidRDefault="00AC66FD">
            <w:r>
              <w:t>1101 Tollcross Rd, Tollcross, Glasgow G32 8UH</w:t>
            </w:r>
          </w:p>
        </w:tc>
        <w:tc>
          <w:tcPr>
            <w:tcW w:w="1276" w:type="dxa"/>
          </w:tcPr>
          <w:p w14:paraId="03CB0703" w14:textId="77777777" w:rsidR="00EC4DD2" w:rsidRDefault="00AC66FD">
            <w:r>
              <w:t xml:space="preserve">0141 778 2717 </w:t>
            </w:r>
          </w:p>
        </w:tc>
        <w:tc>
          <w:tcPr>
            <w:tcW w:w="1701" w:type="dxa"/>
          </w:tcPr>
          <w:p w14:paraId="740A8D8A" w14:textId="77777777" w:rsidR="00EC4DD2" w:rsidRDefault="00AC66FD">
            <w:r>
              <w:t>Wullie Pearson</w:t>
            </w:r>
          </w:p>
        </w:tc>
        <w:tc>
          <w:tcPr>
            <w:tcW w:w="2386" w:type="dxa"/>
          </w:tcPr>
          <w:p w14:paraId="4AAC9B5D" w14:textId="77777777" w:rsidR="00EC4DD2" w:rsidRDefault="00AC66FD">
            <w:r>
              <w:t>Wullie.Pearson@alliance-scotland.org.uk</w:t>
            </w:r>
          </w:p>
        </w:tc>
      </w:tr>
      <w:tr w:rsidR="00EC4DD2" w14:paraId="7F408EA3" w14:textId="77777777" w:rsidTr="00F47956">
        <w:tc>
          <w:tcPr>
            <w:tcW w:w="1384" w:type="dxa"/>
            <w:shd w:val="clear" w:color="auto" w:fill="F7F7F7"/>
          </w:tcPr>
          <w:p w14:paraId="1F955DDD" w14:textId="77777777" w:rsidR="00EC4DD2" w:rsidRDefault="00AC66FD">
            <w:proofErr w:type="gramStart"/>
            <w:r>
              <w:t>North East</w:t>
            </w:r>
            <w:proofErr w:type="gramEnd"/>
          </w:p>
        </w:tc>
        <w:tc>
          <w:tcPr>
            <w:tcW w:w="2552" w:type="dxa"/>
            <w:shd w:val="clear" w:color="auto" w:fill="F7F7F7"/>
          </w:tcPr>
          <w:p w14:paraId="76B87C1E" w14:textId="77777777" w:rsidR="00EC4DD2" w:rsidRDefault="00AC66FD">
            <w:r>
              <w:t>McGlone Practice</w:t>
            </w:r>
          </w:p>
        </w:tc>
        <w:tc>
          <w:tcPr>
            <w:tcW w:w="3118" w:type="dxa"/>
            <w:shd w:val="clear" w:color="auto" w:fill="F7F7F7"/>
          </w:tcPr>
          <w:p w14:paraId="72881EB5" w14:textId="77777777" w:rsidR="00EC4DD2" w:rsidRDefault="00AC66FD">
            <w:r>
              <w:t xml:space="preserve">Baillieston Health Centre, 20 </w:t>
            </w:r>
            <w:proofErr w:type="spellStart"/>
            <w:r>
              <w:t>Muirside</w:t>
            </w:r>
            <w:proofErr w:type="spellEnd"/>
            <w:r>
              <w:t xml:space="preserve"> Road, </w:t>
            </w:r>
            <w:proofErr w:type="spellStart"/>
            <w:r>
              <w:t>Bailleston</w:t>
            </w:r>
            <w:proofErr w:type="spellEnd"/>
            <w:r>
              <w:t>, Glasgow, G69 7AD</w:t>
            </w:r>
          </w:p>
        </w:tc>
        <w:tc>
          <w:tcPr>
            <w:tcW w:w="1276" w:type="dxa"/>
            <w:shd w:val="clear" w:color="auto" w:fill="F7F7F7"/>
          </w:tcPr>
          <w:p w14:paraId="27E06D82" w14:textId="77777777" w:rsidR="00EC4DD2" w:rsidRDefault="00AC66FD">
            <w:r>
              <w:t>0141 471 7418</w:t>
            </w:r>
          </w:p>
        </w:tc>
        <w:tc>
          <w:tcPr>
            <w:tcW w:w="1701" w:type="dxa"/>
            <w:shd w:val="clear" w:color="auto" w:fill="F7F7F7"/>
          </w:tcPr>
          <w:p w14:paraId="092EFF1D" w14:textId="77777777" w:rsidR="00EC4DD2" w:rsidRDefault="00AC66FD">
            <w:r>
              <w:t>Laura McEwing</w:t>
            </w:r>
          </w:p>
        </w:tc>
        <w:tc>
          <w:tcPr>
            <w:tcW w:w="2386" w:type="dxa"/>
            <w:shd w:val="clear" w:color="auto" w:fill="F7F7F7"/>
          </w:tcPr>
          <w:p w14:paraId="276E2C4A" w14:textId="77777777" w:rsidR="00EC4DD2" w:rsidRDefault="00AC66FD">
            <w:r>
              <w:t>laura.mcewing@alliance-scotland.org.uk</w:t>
            </w:r>
          </w:p>
        </w:tc>
      </w:tr>
      <w:tr w:rsidR="00EC4DD2" w14:paraId="7C00888A" w14:textId="77777777" w:rsidTr="00F47956">
        <w:tc>
          <w:tcPr>
            <w:tcW w:w="1384" w:type="dxa"/>
          </w:tcPr>
          <w:p w14:paraId="67C2ED47" w14:textId="77777777" w:rsidR="00EC4DD2" w:rsidRDefault="00AC66FD">
            <w:proofErr w:type="gramStart"/>
            <w:r>
              <w:t>North East</w:t>
            </w:r>
            <w:proofErr w:type="gramEnd"/>
          </w:p>
        </w:tc>
        <w:tc>
          <w:tcPr>
            <w:tcW w:w="2552" w:type="dxa"/>
          </w:tcPr>
          <w:p w14:paraId="5FF1E077" w14:textId="77777777" w:rsidR="00EC4DD2" w:rsidRDefault="00AC66FD">
            <w:r>
              <w:t xml:space="preserve">Dr S Ross </w:t>
            </w:r>
          </w:p>
        </w:tc>
        <w:tc>
          <w:tcPr>
            <w:tcW w:w="3118" w:type="dxa"/>
          </w:tcPr>
          <w:p w14:paraId="08FE0E97" w14:textId="77777777" w:rsidR="00EC4DD2" w:rsidRDefault="00AC66FD">
            <w:r>
              <w:t>Shettleston Health Centre, 420 Old Shettleston Road, Glasgow, G32 7JZ</w:t>
            </w:r>
          </w:p>
        </w:tc>
        <w:tc>
          <w:tcPr>
            <w:tcW w:w="1276" w:type="dxa"/>
          </w:tcPr>
          <w:p w14:paraId="103F44BC" w14:textId="77777777" w:rsidR="00EC4DD2" w:rsidRDefault="00AC66FD">
            <w:r>
              <w:t>0141 531 6250</w:t>
            </w:r>
          </w:p>
        </w:tc>
        <w:tc>
          <w:tcPr>
            <w:tcW w:w="1701" w:type="dxa"/>
          </w:tcPr>
          <w:p w14:paraId="7E11E462" w14:textId="77777777" w:rsidR="00EC4DD2" w:rsidRDefault="00AC66FD">
            <w:r>
              <w:t>Noel Hutchison</w:t>
            </w:r>
          </w:p>
        </w:tc>
        <w:tc>
          <w:tcPr>
            <w:tcW w:w="2386" w:type="dxa"/>
          </w:tcPr>
          <w:p w14:paraId="6808ADF2" w14:textId="77777777" w:rsidR="00EC4DD2" w:rsidRDefault="00AC66FD">
            <w:r>
              <w:t>noel.hutchison@alliance-scotland.org.uk</w:t>
            </w:r>
          </w:p>
        </w:tc>
      </w:tr>
      <w:tr w:rsidR="00EC4DD2" w14:paraId="6125806E" w14:textId="77777777" w:rsidTr="00F47956">
        <w:tc>
          <w:tcPr>
            <w:tcW w:w="1384" w:type="dxa"/>
            <w:shd w:val="clear" w:color="auto" w:fill="F7F7F7"/>
          </w:tcPr>
          <w:p w14:paraId="4F3A51D1" w14:textId="77777777" w:rsidR="00EC4DD2" w:rsidRDefault="00AC66FD">
            <w:proofErr w:type="gramStart"/>
            <w:r>
              <w:t>North East</w:t>
            </w:r>
            <w:proofErr w:type="gramEnd"/>
          </w:p>
        </w:tc>
        <w:tc>
          <w:tcPr>
            <w:tcW w:w="2552" w:type="dxa"/>
            <w:shd w:val="clear" w:color="auto" w:fill="F7F7F7"/>
          </w:tcPr>
          <w:p w14:paraId="6FCD28AF" w14:textId="77777777" w:rsidR="00EC4DD2" w:rsidRDefault="00AC66FD">
            <w:proofErr w:type="spellStart"/>
            <w:r>
              <w:t>Lochend</w:t>
            </w:r>
            <w:proofErr w:type="spellEnd"/>
            <w:r>
              <w:t xml:space="preserve"> Medical Practice</w:t>
            </w:r>
          </w:p>
        </w:tc>
        <w:tc>
          <w:tcPr>
            <w:tcW w:w="3118" w:type="dxa"/>
            <w:shd w:val="clear" w:color="auto" w:fill="F7F7F7"/>
          </w:tcPr>
          <w:p w14:paraId="54D9523E" w14:textId="77777777" w:rsidR="00EC4DD2" w:rsidRDefault="00AC66FD">
            <w:r>
              <w:t xml:space="preserve">Easterhouse Health Centre, 9 </w:t>
            </w:r>
            <w:proofErr w:type="spellStart"/>
            <w:r>
              <w:t>Auchinlea</w:t>
            </w:r>
            <w:proofErr w:type="spellEnd"/>
            <w:r>
              <w:t xml:space="preserve"> Road, G34 9HQ</w:t>
            </w:r>
          </w:p>
        </w:tc>
        <w:tc>
          <w:tcPr>
            <w:tcW w:w="1276" w:type="dxa"/>
            <w:shd w:val="clear" w:color="auto" w:fill="F7F7F7"/>
          </w:tcPr>
          <w:p w14:paraId="3119166E" w14:textId="77777777" w:rsidR="00EC4DD2" w:rsidRDefault="00AC66FD">
            <w:r>
              <w:t>0141 531 8150</w:t>
            </w:r>
          </w:p>
        </w:tc>
        <w:tc>
          <w:tcPr>
            <w:tcW w:w="1701" w:type="dxa"/>
            <w:shd w:val="clear" w:color="auto" w:fill="F7F7F7"/>
          </w:tcPr>
          <w:p w14:paraId="1784E612" w14:textId="77777777" w:rsidR="00EC4DD2" w:rsidRDefault="00AC66FD">
            <w:r>
              <w:t>Moira Jack</w:t>
            </w:r>
          </w:p>
        </w:tc>
        <w:tc>
          <w:tcPr>
            <w:tcW w:w="2386" w:type="dxa"/>
            <w:shd w:val="clear" w:color="auto" w:fill="F7F7F7"/>
          </w:tcPr>
          <w:p w14:paraId="2B964BED" w14:textId="77777777" w:rsidR="00EC4DD2" w:rsidRDefault="00AC66FD">
            <w:r>
              <w:t>moira.jack@alliance-scotland.org.uk</w:t>
            </w:r>
          </w:p>
        </w:tc>
      </w:tr>
      <w:tr w:rsidR="00EC4DD2" w14:paraId="38201F0C" w14:textId="77777777" w:rsidTr="00F47956">
        <w:tc>
          <w:tcPr>
            <w:tcW w:w="1384" w:type="dxa"/>
          </w:tcPr>
          <w:p w14:paraId="7C03143D" w14:textId="77777777" w:rsidR="00EC4DD2" w:rsidRDefault="00AC66FD">
            <w:proofErr w:type="gramStart"/>
            <w:r>
              <w:t>North East</w:t>
            </w:r>
            <w:proofErr w:type="gramEnd"/>
          </w:p>
        </w:tc>
        <w:tc>
          <w:tcPr>
            <w:tcW w:w="2552" w:type="dxa"/>
          </w:tcPr>
          <w:p w14:paraId="42D2821D" w14:textId="77777777" w:rsidR="00EC4DD2" w:rsidRDefault="00AC66FD">
            <w:r>
              <w:t>Cairns Practice</w:t>
            </w:r>
          </w:p>
        </w:tc>
        <w:tc>
          <w:tcPr>
            <w:tcW w:w="3118" w:type="dxa"/>
          </w:tcPr>
          <w:p w14:paraId="5B7C567C" w14:textId="77777777" w:rsidR="00EC4DD2" w:rsidRDefault="00AC66FD">
            <w:r>
              <w:t>Shettleston Health Centre, 420 Old Shettleston Road, G32 7JZ</w:t>
            </w:r>
          </w:p>
        </w:tc>
        <w:tc>
          <w:tcPr>
            <w:tcW w:w="1276" w:type="dxa"/>
          </w:tcPr>
          <w:p w14:paraId="41EF1332" w14:textId="77777777" w:rsidR="00EC4DD2" w:rsidRDefault="00AC66FD">
            <w:r>
              <w:t>0141 531 6220</w:t>
            </w:r>
          </w:p>
        </w:tc>
        <w:tc>
          <w:tcPr>
            <w:tcW w:w="1701" w:type="dxa"/>
          </w:tcPr>
          <w:p w14:paraId="5D1A3AAB" w14:textId="77777777" w:rsidR="00EC4DD2" w:rsidRDefault="00AC66FD">
            <w:r>
              <w:t>Michele Blair</w:t>
            </w:r>
          </w:p>
        </w:tc>
        <w:tc>
          <w:tcPr>
            <w:tcW w:w="2386" w:type="dxa"/>
          </w:tcPr>
          <w:p w14:paraId="21DE6E94" w14:textId="77777777" w:rsidR="00EC4DD2" w:rsidRDefault="00AC66FD">
            <w:r>
              <w:t>michele.blair@alliance-scotland.org.uk</w:t>
            </w:r>
          </w:p>
        </w:tc>
      </w:tr>
      <w:tr w:rsidR="00EC4DD2" w14:paraId="62DF2E2C" w14:textId="77777777" w:rsidTr="00F47956">
        <w:tc>
          <w:tcPr>
            <w:tcW w:w="1384" w:type="dxa"/>
            <w:shd w:val="clear" w:color="auto" w:fill="F7F7F7"/>
          </w:tcPr>
          <w:p w14:paraId="39522B60" w14:textId="77777777" w:rsidR="00EC4DD2" w:rsidRDefault="00AC66FD">
            <w:proofErr w:type="gramStart"/>
            <w:r>
              <w:t>North East</w:t>
            </w:r>
            <w:proofErr w:type="gramEnd"/>
          </w:p>
        </w:tc>
        <w:tc>
          <w:tcPr>
            <w:tcW w:w="2552" w:type="dxa"/>
            <w:shd w:val="clear" w:color="auto" w:fill="F7F7F7"/>
          </w:tcPr>
          <w:p w14:paraId="6FAE0F2B" w14:textId="77777777" w:rsidR="00EC4DD2" w:rsidRDefault="00AC66FD">
            <w:r>
              <w:t>Oakwood Medical Practice (formerly Dr Anderson and Partners)</w:t>
            </w:r>
          </w:p>
        </w:tc>
        <w:tc>
          <w:tcPr>
            <w:tcW w:w="3118" w:type="dxa"/>
            <w:shd w:val="clear" w:color="auto" w:fill="F7F7F7"/>
          </w:tcPr>
          <w:p w14:paraId="60BA697D" w14:textId="77777777" w:rsidR="00EC4DD2" w:rsidRDefault="00AC66FD">
            <w:r>
              <w:t xml:space="preserve">Easterhouse Health Centre, 9 </w:t>
            </w:r>
            <w:proofErr w:type="spellStart"/>
            <w:r>
              <w:t>Auchinlea</w:t>
            </w:r>
            <w:proofErr w:type="spellEnd"/>
            <w:r>
              <w:t xml:space="preserve"> Road, G34 9HQ</w:t>
            </w:r>
          </w:p>
        </w:tc>
        <w:tc>
          <w:tcPr>
            <w:tcW w:w="1276" w:type="dxa"/>
            <w:shd w:val="clear" w:color="auto" w:fill="F7F7F7"/>
          </w:tcPr>
          <w:p w14:paraId="17FCE4E4" w14:textId="77777777" w:rsidR="00EC4DD2" w:rsidRDefault="00AC66FD">
            <w:r>
              <w:t>0141 531 8180</w:t>
            </w:r>
          </w:p>
        </w:tc>
        <w:tc>
          <w:tcPr>
            <w:tcW w:w="1701" w:type="dxa"/>
            <w:shd w:val="clear" w:color="auto" w:fill="F7F7F7"/>
          </w:tcPr>
          <w:p w14:paraId="4C7B1B2A" w14:textId="77777777" w:rsidR="00EC4DD2" w:rsidRDefault="00AC66FD">
            <w:r>
              <w:t>Jacqueline McGarth</w:t>
            </w:r>
          </w:p>
        </w:tc>
        <w:tc>
          <w:tcPr>
            <w:tcW w:w="2386" w:type="dxa"/>
            <w:shd w:val="clear" w:color="auto" w:fill="F7F7F7"/>
          </w:tcPr>
          <w:p w14:paraId="57363A85" w14:textId="77777777" w:rsidR="00EC4DD2" w:rsidRDefault="00AC66FD">
            <w:r>
              <w:t xml:space="preserve">jacqueline.mcgarth@alliance-scotland.org.uk </w:t>
            </w:r>
          </w:p>
        </w:tc>
      </w:tr>
      <w:tr w:rsidR="00EC4DD2" w14:paraId="370A5F9E" w14:textId="77777777" w:rsidTr="00F47956">
        <w:tc>
          <w:tcPr>
            <w:tcW w:w="1384" w:type="dxa"/>
          </w:tcPr>
          <w:p w14:paraId="61D715C0" w14:textId="77777777" w:rsidR="00EC4DD2" w:rsidRDefault="00AC66FD">
            <w:proofErr w:type="gramStart"/>
            <w:r>
              <w:t>North East</w:t>
            </w:r>
            <w:proofErr w:type="gramEnd"/>
          </w:p>
        </w:tc>
        <w:tc>
          <w:tcPr>
            <w:tcW w:w="2552" w:type="dxa"/>
          </w:tcPr>
          <w:p w14:paraId="28595A33" w14:textId="77777777" w:rsidR="00EC4DD2" w:rsidRDefault="00AC66FD">
            <w:proofErr w:type="spellStart"/>
            <w:r>
              <w:t>Newhills</w:t>
            </w:r>
            <w:proofErr w:type="spellEnd"/>
            <w:r>
              <w:t xml:space="preserve"> Medical Practice</w:t>
            </w:r>
          </w:p>
        </w:tc>
        <w:tc>
          <w:tcPr>
            <w:tcW w:w="3118" w:type="dxa"/>
          </w:tcPr>
          <w:p w14:paraId="4EC05B61" w14:textId="77777777" w:rsidR="00EC4DD2" w:rsidRDefault="00AC66FD">
            <w:r>
              <w:t xml:space="preserve">Easterhouse Health Centre, 9 </w:t>
            </w:r>
            <w:proofErr w:type="spellStart"/>
            <w:r>
              <w:t>Auchinlea</w:t>
            </w:r>
            <w:proofErr w:type="spellEnd"/>
            <w:r>
              <w:t xml:space="preserve"> Road, G34 9HQ</w:t>
            </w:r>
          </w:p>
        </w:tc>
        <w:tc>
          <w:tcPr>
            <w:tcW w:w="1276" w:type="dxa"/>
          </w:tcPr>
          <w:p w14:paraId="0E4FAD1F" w14:textId="77777777" w:rsidR="00EC4DD2" w:rsidRDefault="00AC66FD">
            <w:r>
              <w:t>0141 531 8175</w:t>
            </w:r>
          </w:p>
        </w:tc>
        <w:tc>
          <w:tcPr>
            <w:tcW w:w="1701" w:type="dxa"/>
          </w:tcPr>
          <w:p w14:paraId="369FA4F1" w14:textId="77777777" w:rsidR="00EC4DD2" w:rsidRDefault="00AC66FD">
            <w:r>
              <w:t>Catherine Sutherland</w:t>
            </w:r>
          </w:p>
        </w:tc>
        <w:tc>
          <w:tcPr>
            <w:tcW w:w="2386" w:type="dxa"/>
          </w:tcPr>
          <w:p w14:paraId="595DBB30" w14:textId="77777777" w:rsidR="00EC4DD2" w:rsidRDefault="00AC66FD">
            <w:r>
              <w:t>catherine.sutherland@alliance-scotland.org.uk</w:t>
            </w:r>
          </w:p>
        </w:tc>
      </w:tr>
      <w:tr w:rsidR="00EC4DD2" w14:paraId="6BF8F1E2" w14:textId="77777777" w:rsidTr="00F47956">
        <w:tc>
          <w:tcPr>
            <w:tcW w:w="1384" w:type="dxa"/>
            <w:shd w:val="clear" w:color="auto" w:fill="F7F7F7"/>
          </w:tcPr>
          <w:p w14:paraId="7FA3BEE3" w14:textId="77777777" w:rsidR="00EC4DD2" w:rsidRDefault="00AC66FD">
            <w:proofErr w:type="gramStart"/>
            <w:r>
              <w:t>North East</w:t>
            </w:r>
            <w:proofErr w:type="gramEnd"/>
          </w:p>
        </w:tc>
        <w:tc>
          <w:tcPr>
            <w:tcW w:w="2552" w:type="dxa"/>
            <w:shd w:val="clear" w:color="auto" w:fill="F7F7F7"/>
          </w:tcPr>
          <w:p w14:paraId="7C83FD71" w14:textId="77777777" w:rsidR="00EC4DD2" w:rsidRDefault="00AC66FD">
            <w:r>
              <w:t>Drs Lam and Wilson (</w:t>
            </w:r>
            <w:proofErr w:type="spellStart"/>
            <w:r>
              <w:t>Gilbertfield</w:t>
            </w:r>
            <w:proofErr w:type="spellEnd"/>
            <w:r>
              <w:t xml:space="preserve"> Medical Practice)</w:t>
            </w:r>
          </w:p>
        </w:tc>
        <w:tc>
          <w:tcPr>
            <w:tcW w:w="3118" w:type="dxa"/>
            <w:shd w:val="clear" w:color="auto" w:fill="F7F7F7"/>
          </w:tcPr>
          <w:p w14:paraId="0E04591A" w14:textId="77777777" w:rsidR="00EC4DD2" w:rsidRDefault="00AC66FD">
            <w:r>
              <w:t xml:space="preserve">67 </w:t>
            </w:r>
            <w:proofErr w:type="spellStart"/>
            <w:r>
              <w:t>Gilbertfield</w:t>
            </w:r>
            <w:proofErr w:type="spellEnd"/>
            <w:r>
              <w:t xml:space="preserve"> Street, </w:t>
            </w:r>
            <w:proofErr w:type="spellStart"/>
            <w:r>
              <w:t>Ruchazie</w:t>
            </w:r>
            <w:proofErr w:type="spellEnd"/>
            <w:r>
              <w:t>, G33 3TU</w:t>
            </w:r>
          </w:p>
        </w:tc>
        <w:tc>
          <w:tcPr>
            <w:tcW w:w="1276" w:type="dxa"/>
            <w:shd w:val="clear" w:color="auto" w:fill="F7F7F7"/>
          </w:tcPr>
          <w:p w14:paraId="1F960CA4" w14:textId="77777777" w:rsidR="00EC4DD2" w:rsidRDefault="00AC66FD">
            <w:r>
              <w:t>0141 774 5987</w:t>
            </w:r>
          </w:p>
        </w:tc>
        <w:tc>
          <w:tcPr>
            <w:tcW w:w="1701" w:type="dxa"/>
            <w:shd w:val="clear" w:color="auto" w:fill="F7F7F7"/>
          </w:tcPr>
          <w:p w14:paraId="296D5240" w14:textId="77777777" w:rsidR="00EC4DD2" w:rsidRDefault="00AC66FD">
            <w:r>
              <w:t>Terrie Finn</w:t>
            </w:r>
          </w:p>
        </w:tc>
        <w:tc>
          <w:tcPr>
            <w:tcW w:w="2386" w:type="dxa"/>
            <w:shd w:val="clear" w:color="auto" w:fill="F7F7F7"/>
          </w:tcPr>
          <w:p w14:paraId="0205DF3F" w14:textId="77777777" w:rsidR="00EC4DD2" w:rsidRDefault="00AC66FD">
            <w:r>
              <w:t>Terrie.Finn@alliance-scotland.org.uk</w:t>
            </w:r>
          </w:p>
        </w:tc>
      </w:tr>
      <w:tr w:rsidR="00EC4DD2" w14:paraId="3D18FFFA" w14:textId="77777777" w:rsidTr="00F47956">
        <w:tc>
          <w:tcPr>
            <w:tcW w:w="1384" w:type="dxa"/>
          </w:tcPr>
          <w:p w14:paraId="07709D4A" w14:textId="77777777" w:rsidR="00EC4DD2" w:rsidRDefault="00AC66FD">
            <w:r>
              <w:t>South</w:t>
            </w:r>
          </w:p>
        </w:tc>
        <w:tc>
          <w:tcPr>
            <w:tcW w:w="2552" w:type="dxa"/>
          </w:tcPr>
          <w:p w14:paraId="04B0E882" w14:textId="77777777" w:rsidR="00EC4DD2" w:rsidRDefault="00AC66FD">
            <w:proofErr w:type="spellStart"/>
            <w:r>
              <w:t>Braidcraft</w:t>
            </w:r>
            <w:proofErr w:type="spellEnd"/>
            <w:r>
              <w:t xml:space="preserve"> Medical Centre</w:t>
            </w:r>
          </w:p>
        </w:tc>
        <w:tc>
          <w:tcPr>
            <w:tcW w:w="3118" w:type="dxa"/>
          </w:tcPr>
          <w:p w14:paraId="49614C65" w14:textId="77777777" w:rsidR="00EC4DD2" w:rsidRDefault="00AC66FD">
            <w:r>
              <w:t xml:space="preserve">200 </w:t>
            </w:r>
            <w:proofErr w:type="spellStart"/>
            <w:r>
              <w:t>Braidcraft</w:t>
            </w:r>
            <w:proofErr w:type="spellEnd"/>
            <w:r>
              <w:t xml:space="preserve"> Road Pollok Glasgow G53 5QD</w:t>
            </w:r>
          </w:p>
        </w:tc>
        <w:tc>
          <w:tcPr>
            <w:tcW w:w="1276" w:type="dxa"/>
          </w:tcPr>
          <w:p w14:paraId="3CF81B63" w14:textId="77777777" w:rsidR="00EC4DD2" w:rsidRDefault="00AC66FD">
            <w:r>
              <w:t>0141 882 3396</w:t>
            </w:r>
          </w:p>
        </w:tc>
        <w:tc>
          <w:tcPr>
            <w:tcW w:w="1701" w:type="dxa"/>
          </w:tcPr>
          <w:p w14:paraId="0F5DB0BB" w14:textId="77777777" w:rsidR="00EC4DD2" w:rsidRDefault="00AC66FD">
            <w:r>
              <w:t>Michele O'Brien</w:t>
            </w:r>
          </w:p>
        </w:tc>
        <w:tc>
          <w:tcPr>
            <w:tcW w:w="2386" w:type="dxa"/>
          </w:tcPr>
          <w:p w14:paraId="4083BC58" w14:textId="77777777" w:rsidR="00EC4DD2" w:rsidRDefault="00AC66FD">
            <w:r>
              <w:t>michele.obrien@alliance-scotland.org.uk</w:t>
            </w:r>
          </w:p>
        </w:tc>
      </w:tr>
      <w:tr w:rsidR="00EC4DD2" w14:paraId="22B9CDA1" w14:textId="77777777" w:rsidTr="00F47956">
        <w:tc>
          <w:tcPr>
            <w:tcW w:w="1384" w:type="dxa"/>
            <w:shd w:val="clear" w:color="auto" w:fill="F7F7F7"/>
          </w:tcPr>
          <w:p w14:paraId="4677F319" w14:textId="77777777" w:rsidR="00EC4DD2" w:rsidRDefault="00AC66FD">
            <w:r>
              <w:t>South</w:t>
            </w:r>
          </w:p>
        </w:tc>
        <w:tc>
          <w:tcPr>
            <w:tcW w:w="2552" w:type="dxa"/>
            <w:shd w:val="clear" w:color="auto" w:fill="F7F7F7"/>
          </w:tcPr>
          <w:p w14:paraId="13F4A887" w14:textId="77777777" w:rsidR="00EC4DD2" w:rsidRDefault="00AC66FD">
            <w:proofErr w:type="spellStart"/>
            <w:r>
              <w:t>Ibroxholm</w:t>
            </w:r>
            <w:proofErr w:type="spellEnd"/>
            <w:r>
              <w:t xml:space="preserve"> Medical Practice (formerly Drs Chita, and Hayes) </w:t>
            </w:r>
          </w:p>
        </w:tc>
        <w:tc>
          <w:tcPr>
            <w:tcW w:w="3118" w:type="dxa"/>
            <w:shd w:val="clear" w:color="auto" w:fill="F7F7F7"/>
          </w:tcPr>
          <w:p w14:paraId="78AD981D" w14:textId="77777777" w:rsidR="00EC4DD2" w:rsidRDefault="00AC66FD">
            <w:r>
              <w:t>532 Paisley Road, Glasgow, G51 1RN</w:t>
            </w:r>
          </w:p>
        </w:tc>
        <w:tc>
          <w:tcPr>
            <w:tcW w:w="1276" w:type="dxa"/>
            <w:shd w:val="clear" w:color="auto" w:fill="F7F7F7"/>
          </w:tcPr>
          <w:p w14:paraId="17C35BC1" w14:textId="77777777" w:rsidR="00EC4DD2" w:rsidRDefault="00AC66FD">
            <w:r>
              <w:t>0141 427 2504</w:t>
            </w:r>
          </w:p>
        </w:tc>
        <w:tc>
          <w:tcPr>
            <w:tcW w:w="1701" w:type="dxa"/>
            <w:shd w:val="clear" w:color="auto" w:fill="F7F7F7"/>
          </w:tcPr>
          <w:p w14:paraId="4889E848" w14:textId="77777777" w:rsidR="00EC4DD2" w:rsidRDefault="00AC66FD">
            <w:r>
              <w:t xml:space="preserve">Kamila </w:t>
            </w:r>
            <w:proofErr w:type="spellStart"/>
            <w:r>
              <w:t>Lewczynska</w:t>
            </w:r>
            <w:proofErr w:type="spellEnd"/>
          </w:p>
        </w:tc>
        <w:tc>
          <w:tcPr>
            <w:tcW w:w="2386" w:type="dxa"/>
            <w:shd w:val="clear" w:color="auto" w:fill="F7F7F7"/>
          </w:tcPr>
          <w:p w14:paraId="0D87929F" w14:textId="77777777" w:rsidR="00EC4DD2" w:rsidRDefault="00AC66FD">
            <w:r>
              <w:t>kamila.lewczynska@alliance.scotland.org.uk</w:t>
            </w:r>
          </w:p>
        </w:tc>
      </w:tr>
      <w:tr w:rsidR="00EC4DD2" w14:paraId="042D2942" w14:textId="77777777" w:rsidTr="00F47956">
        <w:tc>
          <w:tcPr>
            <w:tcW w:w="1384" w:type="dxa"/>
          </w:tcPr>
          <w:p w14:paraId="6AA0C852" w14:textId="77777777" w:rsidR="00EC4DD2" w:rsidRDefault="00AC66FD">
            <w:r>
              <w:t>South</w:t>
            </w:r>
          </w:p>
        </w:tc>
        <w:tc>
          <w:tcPr>
            <w:tcW w:w="2552" w:type="dxa"/>
          </w:tcPr>
          <w:p w14:paraId="137861A7" w14:textId="77777777" w:rsidR="00EC4DD2" w:rsidRDefault="00AC66FD">
            <w:r>
              <w:t>The Village Practice (formerly Drs McColl and McLaughlin)</w:t>
            </w:r>
          </w:p>
        </w:tc>
        <w:tc>
          <w:tcPr>
            <w:tcW w:w="3118" w:type="dxa"/>
          </w:tcPr>
          <w:p w14:paraId="63DAC026" w14:textId="77777777" w:rsidR="00EC4DD2" w:rsidRDefault="00AC66FD">
            <w:proofErr w:type="spellStart"/>
            <w:r>
              <w:t>Thornliebank</w:t>
            </w:r>
            <w:proofErr w:type="spellEnd"/>
            <w:r>
              <w:t xml:space="preserve"> Health Centre, 20 </w:t>
            </w:r>
            <w:proofErr w:type="spellStart"/>
            <w:r>
              <w:t>Kennishead</w:t>
            </w:r>
            <w:proofErr w:type="spellEnd"/>
            <w:r>
              <w:t xml:space="preserve"> Road Glasgow, G46 8NY</w:t>
            </w:r>
          </w:p>
        </w:tc>
        <w:tc>
          <w:tcPr>
            <w:tcW w:w="1276" w:type="dxa"/>
          </w:tcPr>
          <w:p w14:paraId="600CED40" w14:textId="77777777" w:rsidR="00EC4DD2" w:rsidRDefault="00AC66FD">
            <w:r>
              <w:t xml:space="preserve">0141 531 6901 </w:t>
            </w:r>
          </w:p>
        </w:tc>
        <w:tc>
          <w:tcPr>
            <w:tcW w:w="1701" w:type="dxa"/>
          </w:tcPr>
          <w:p w14:paraId="4DEEFA16" w14:textId="77777777" w:rsidR="00EC4DD2" w:rsidRDefault="00AC66FD">
            <w:r>
              <w:t>Cristina Scheeffer</w:t>
            </w:r>
          </w:p>
        </w:tc>
        <w:tc>
          <w:tcPr>
            <w:tcW w:w="2386" w:type="dxa"/>
          </w:tcPr>
          <w:p w14:paraId="66D0AA0E" w14:textId="77777777" w:rsidR="00EC4DD2" w:rsidRDefault="00AC66FD">
            <w:r>
              <w:t>cristina.scheeffer@alliancce-scotland.org.uk</w:t>
            </w:r>
          </w:p>
        </w:tc>
      </w:tr>
      <w:tr w:rsidR="00EC4DD2" w14:paraId="02F862D3" w14:textId="77777777" w:rsidTr="00F47956">
        <w:tc>
          <w:tcPr>
            <w:tcW w:w="1384" w:type="dxa"/>
            <w:shd w:val="clear" w:color="auto" w:fill="F7F7F7"/>
          </w:tcPr>
          <w:p w14:paraId="3C0C2ECE" w14:textId="77777777" w:rsidR="00EC4DD2" w:rsidRDefault="00AC66FD">
            <w:r>
              <w:t>South</w:t>
            </w:r>
          </w:p>
        </w:tc>
        <w:tc>
          <w:tcPr>
            <w:tcW w:w="2552" w:type="dxa"/>
            <w:shd w:val="clear" w:color="auto" w:fill="F7F7F7"/>
          </w:tcPr>
          <w:p w14:paraId="1CB2110E" w14:textId="77777777" w:rsidR="00EC4DD2" w:rsidRDefault="00AC66FD">
            <w:r>
              <w:t xml:space="preserve">The Silver Burn Medical Practice </w:t>
            </w:r>
          </w:p>
          <w:p w14:paraId="71882EB1" w14:textId="5CABD4F4" w:rsidR="00F47956" w:rsidRDefault="00F47956"/>
        </w:tc>
        <w:tc>
          <w:tcPr>
            <w:tcW w:w="3118" w:type="dxa"/>
            <w:shd w:val="clear" w:color="auto" w:fill="F7F7F7"/>
          </w:tcPr>
          <w:p w14:paraId="26E79D13" w14:textId="77777777" w:rsidR="00EC4DD2" w:rsidRDefault="00AC66FD">
            <w:r>
              <w:t xml:space="preserve">Pollok Health Centre, 21 </w:t>
            </w:r>
            <w:proofErr w:type="spellStart"/>
            <w:r>
              <w:t>Cowglen</w:t>
            </w:r>
            <w:proofErr w:type="spellEnd"/>
            <w:r>
              <w:t xml:space="preserve"> Road, G53 6EQ</w:t>
            </w:r>
          </w:p>
        </w:tc>
        <w:tc>
          <w:tcPr>
            <w:tcW w:w="1276" w:type="dxa"/>
            <w:shd w:val="clear" w:color="auto" w:fill="F7F7F7"/>
          </w:tcPr>
          <w:p w14:paraId="017F05B0" w14:textId="77777777" w:rsidR="00EC4DD2" w:rsidRDefault="00AC66FD">
            <w:r>
              <w:t>0141 531 6870</w:t>
            </w:r>
          </w:p>
        </w:tc>
        <w:tc>
          <w:tcPr>
            <w:tcW w:w="1701" w:type="dxa"/>
            <w:shd w:val="clear" w:color="auto" w:fill="F7F7F7"/>
          </w:tcPr>
          <w:p w14:paraId="7049A0BD" w14:textId="77777777" w:rsidR="00EC4DD2" w:rsidRDefault="00AC66FD">
            <w:r>
              <w:t>Kalliopi Lagoudaki</w:t>
            </w:r>
          </w:p>
        </w:tc>
        <w:tc>
          <w:tcPr>
            <w:tcW w:w="2386" w:type="dxa"/>
            <w:shd w:val="clear" w:color="auto" w:fill="F7F7F7"/>
          </w:tcPr>
          <w:p w14:paraId="0E505773" w14:textId="77777777" w:rsidR="00EC4DD2" w:rsidRDefault="00AC66FD">
            <w:r>
              <w:t>kalliopi.lagoudaki@alliance-scotland.org.uk</w:t>
            </w:r>
          </w:p>
        </w:tc>
      </w:tr>
      <w:tr w:rsidR="00EC4DD2" w14:paraId="18B8E3B5" w14:textId="77777777" w:rsidTr="00F47956">
        <w:tc>
          <w:tcPr>
            <w:tcW w:w="1384" w:type="dxa"/>
          </w:tcPr>
          <w:p w14:paraId="3F92E46A" w14:textId="77777777" w:rsidR="00EC4DD2" w:rsidRDefault="00AC66FD">
            <w:r>
              <w:lastRenderedPageBreak/>
              <w:t>South</w:t>
            </w:r>
          </w:p>
        </w:tc>
        <w:tc>
          <w:tcPr>
            <w:tcW w:w="2552" w:type="dxa"/>
          </w:tcPr>
          <w:p w14:paraId="0F5AC74A" w14:textId="77777777" w:rsidR="00EC4DD2" w:rsidRDefault="00AC66FD">
            <w:r>
              <w:t>Dr Mair and Partners</w:t>
            </w:r>
          </w:p>
        </w:tc>
        <w:tc>
          <w:tcPr>
            <w:tcW w:w="3118" w:type="dxa"/>
          </w:tcPr>
          <w:p w14:paraId="5DD4C232" w14:textId="77777777" w:rsidR="00EC4DD2" w:rsidRDefault="00AC66FD">
            <w:r>
              <w:t>45/47 Shaw Street, Govan, G51 3BH /</w:t>
            </w:r>
            <w:r>
              <w:br/>
              <w:t xml:space="preserve">1600 Paisley Road West, </w:t>
            </w:r>
            <w:proofErr w:type="spellStart"/>
            <w:r>
              <w:t>Cardonald</w:t>
            </w:r>
            <w:proofErr w:type="spellEnd"/>
            <w:r>
              <w:t>, G52 3QN</w:t>
            </w:r>
          </w:p>
        </w:tc>
        <w:tc>
          <w:tcPr>
            <w:tcW w:w="1276" w:type="dxa"/>
          </w:tcPr>
          <w:p w14:paraId="757848B0" w14:textId="77777777" w:rsidR="00EC4DD2" w:rsidRDefault="00AC66FD">
            <w:r>
              <w:t>0141 445 1444 /</w:t>
            </w:r>
            <w:r>
              <w:br/>
              <w:t>0141 882 4567</w:t>
            </w:r>
          </w:p>
        </w:tc>
        <w:tc>
          <w:tcPr>
            <w:tcW w:w="1701" w:type="dxa"/>
          </w:tcPr>
          <w:p w14:paraId="5F73CA82" w14:textId="77777777" w:rsidR="00EC4DD2" w:rsidRDefault="00AC66FD">
            <w:r>
              <w:t>Humaira Khan</w:t>
            </w:r>
          </w:p>
        </w:tc>
        <w:tc>
          <w:tcPr>
            <w:tcW w:w="2386" w:type="dxa"/>
          </w:tcPr>
          <w:p w14:paraId="0E09FB01" w14:textId="77777777" w:rsidR="00EC4DD2" w:rsidRDefault="00AC66FD">
            <w:r>
              <w:t>humaira.khan@alliance-scotland.org.uk</w:t>
            </w:r>
          </w:p>
        </w:tc>
      </w:tr>
      <w:tr w:rsidR="00EC4DD2" w14:paraId="1ACD7A4C" w14:textId="77777777" w:rsidTr="00F47956">
        <w:tc>
          <w:tcPr>
            <w:tcW w:w="1384" w:type="dxa"/>
            <w:shd w:val="clear" w:color="auto" w:fill="F7F7F7"/>
          </w:tcPr>
          <w:p w14:paraId="7924CE8E" w14:textId="77777777" w:rsidR="00EC4DD2" w:rsidRDefault="00AC66FD">
            <w:r>
              <w:t>South</w:t>
            </w:r>
          </w:p>
        </w:tc>
        <w:tc>
          <w:tcPr>
            <w:tcW w:w="2552" w:type="dxa"/>
            <w:shd w:val="clear" w:color="auto" w:fill="F7F7F7"/>
          </w:tcPr>
          <w:p w14:paraId="66194851" w14:textId="77777777" w:rsidR="00EC4DD2" w:rsidRDefault="00AC66FD">
            <w:r>
              <w:t>Dr Ferguson</w:t>
            </w:r>
          </w:p>
        </w:tc>
        <w:tc>
          <w:tcPr>
            <w:tcW w:w="3118" w:type="dxa"/>
            <w:shd w:val="clear" w:color="auto" w:fill="F7F7F7"/>
          </w:tcPr>
          <w:p w14:paraId="06C7C27F" w14:textId="77777777" w:rsidR="00EC4DD2" w:rsidRDefault="00AC66FD">
            <w:r>
              <w:t xml:space="preserve">Pollok Health Centre, 21 </w:t>
            </w:r>
            <w:proofErr w:type="spellStart"/>
            <w:r>
              <w:t>Cowglen</w:t>
            </w:r>
            <w:proofErr w:type="spellEnd"/>
            <w:r>
              <w:t xml:space="preserve"> Road, G53 6EQ /</w:t>
            </w:r>
            <w:r>
              <w:br/>
              <w:t>Arran Surgery, 40 Admiral Street, Kinning Park, G41 1HU</w:t>
            </w:r>
          </w:p>
        </w:tc>
        <w:tc>
          <w:tcPr>
            <w:tcW w:w="1276" w:type="dxa"/>
            <w:shd w:val="clear" w:color="auto" w:fill="F7F7F7"/>
          </w:tcPr>
          <w:p w14:paraId="3E89E4D0" w14:textId="77777777" w:rsidR="00EC4DD2" w:rsidRDefault="00AC66FD">
            <w:r>
              <w:t>0141 531 6890 /</w:t>
            </w:r>
            <w:r>
              <w:br/>
              <w:t>0141 429 2626</w:t>
            </w:r>
          </w:p>
        </w:tc>
        <w:tc>
          <w:tcPr>
            <w:tcW w:w="1701" w:type="dxa"/>
            <w:shd w:val="clear" w:color="auto" w:fill="F7F7F7"/>
          </w:tcPr>
          <w:p w14:paraId="02B954E0" w14:textId="77777777" w:rsidR="00EC4DD2" w:rsidRDefault="00AC66FD">
            <w:r>
              <w:t>Jonathan Biles</w:t>
            </w:r>
            <w:r>
              <w:br/>
            </w:r>
          </w:p>
        </w:tc>
        <w:tc>
          <w:tcPr>
            <w:tcW w:w="2386" w:type="dxa"/>
            <w:shd w:val="clear" w:color="auto" w:fill="F7F7F7"/>
          </w:tcPr>
          <w:p w14:paraId="1D0FC734" w14:textId="77777777" w:rsidR="00EC4DD2" w:rsidRDefault="00AC66FD">
            <w:r>
              <w:t>jonathan.biles@alliance-scotland.org.uk</w:t>
            </w:r>
          </w:p>
        </w:tc>
      </w:tr>
      <w:tr w:rsidR="00EC4DD2" w14:paraId="60839DF6" w14:textId="77777777" w:rsidTr="00F47956">
        <w:tc>
          <w:tcPr>
            <w:tcW w:w="1384" w:type="dxa"/>
          </w:tcPr>
          <w:p w14:paraId="3562AB93" w14:textId="77777777" w:rsidR="00EC4DD2" w:rsidRDefault="00AC66FD">
            <w:r>
              <w:t>South</w:t>
            </w:r>
          </w:p>
        </w:tc>
        <w:tc>
          <w:tcPr>
            <w:tcW w:w="2552" w:type="dxa"/>
          </w:tcPr>
          <w:p w14:paraId="0544FE95" w14:textId="77777777" w:rsidR="00EC4DD2" w:rsidRDefault="00AC66FD">
            <w:r>
              <w:t>David Elder Practice</w:t>
            </w:r>
          </w:p>
        </w:tc>
        <w:tc>
          <w:tcPr>
            <w:tcW w:w="3118" w:type="dxa"/>
          </w:tcPr>
          <w:p w14:paraId="2E2685C1" w14:textId="77777777" w:rsidR="00EC4DD2" w:rsidRDefault="00AC66FD">
            <w:r>
              <w:t xml:space="preserve">Govan Health Centre, 5 </w:t>
            </w:r>
            <w:proofErr w:type="spellStart"/>
            <w:r>
              <w:t>Drumoyne</w:t>
            </w:r>
            <w:proofErr w:type="spellEnd"/>
            <w:r>
              <w:t xml:space="preserve"> Road, G51 4BJ</w:t>
            </w:r>
          </w:p>
        </w:tc>
        <w:tc>
          <w:tcPr>
            <w:tcW w:w="1276" w:type="dxa"/>
          </w:tcPr>
          <w:p w14:paraId="698D3D4D" w14:textId="77777777" w:rsidR="00EC4DD2" w:rsidRDefault="00AC66FD">
            <w:r>
              <w:t>0141 531 8470</w:t>
            </w:r>
          </w:p>
        </w:tc>
        <w:tc>
          <w:tcPr>
            <w:tcW w:w="1701" w:type="dxa"/>
          </w:tcPr>
          <w:p w14:paraId="7BD9DA9A" w14:textId="77777777" w:rsidR="00EC4DD2" w:rsidRDefault="00AC66FD">
            <w:r>
              <w:t>Emma Macdonald Gibb</w:t>
            </w:r>
          </w:p>
        </w:tc>
        <w:tc>
          <w:tcPr>
            <w:tcW w:w="2386" w:type="dxa"/>
          </w:tcPr>
          <w:p w14:paraId="345E2590" w14:textId="77777777" w:rsidR="00EC4DD2" w:rsidRDefault="00AC66FD">
            <w:r>
              <w:t xml:space="preserve">emma.macdonald@alliance-scotland.org.uk </w:t>
            </w:r>
          </w:p>
        </w:tc>
      </w:tr>
      <w:tr w:rsidR="00EC4DD2" w14:paraId="181C5CD0" w14:textId="77777777" w:rsidTr="00F47956">
        <w:tc>
          <w:tcPr>
            <w:tcW w:w="1384" w:type="dxa"/>
            <w:shd w:val="clear" w:color="auto" w:fill="F7F7F7"/>
          </w:tcPr>
          <w:p w14:paraId="14F4A7C6" w14:textId="77777777" w:rsidR="00EC4DD2" w:rsidRDefault="00AC66FD">
            <w:r>
              <w:t>South</w:t>
            </w:r>
          </w:p>
        </w:tc>
        <w:tc>
          <w:tcPr>
            <w:tcW w:w="2552" w:type="dxa"/>
            <w:shd w:val="clear" w:color="auto" w:fill="F7F7F7"/>
          </w:tcPr>
          <w:p w14:paraId="655446ED" w14:textId="77777777" w:rsidR="00EC4DD2" w:rsidRDefault="00AC66FD">
            <w:proofErr w:type="spellStart"/>
            <w:r>
              <w:t>Thorntree</w:t>
            </w:r>
            <w:proofErr w:type="spellEnd"/>
            <w:r>
              <w:t xml:space="preserve"> Practice (formerly known as Drs Quigley, Canning, Wedlock &amp; Kakar)</w:t>
            </w:r>
          </w:p>
        </w:tc>
        <w:tc>
          <w:tcPr>
            <w:tcW w:w="3118" w:type="dxa"/>
            <w:shd w:val="clear" w:color="auto" w:fill="F7F7F7"/>
          </w:tcPr>
          <w:p w14:paraId="4E33A17B" w14:textId="77777777" w:rsidR="00EC4DD2" w:rsidRDefault="00AC66FD">
            <w:proofErr w:type="spellStart"/>
            <w:r>
              <w:t>Thornliebank</w:t>
            </w:r>
            <w:proofErr w:type="spellEnd"/>
            <w:r>
              <w:t xml:space="preserve"> Health Centre 20 </w:t>
            </w:r>
            <w:proofErr w:type="spellStart"/>
            <w:r>
              <w:t>Kennishead</w:t>
            </w:r>
            <w:proofErr w:type="spellEnd"/>
            <w:r>
              <w:t xml:space="preserve"> Road Glasgow G46 8NY</w:t>
            </w:r>
          </w:p>
        </w:tc>
        <w:tc>
          <w:tcPr>
            <w:tcW w:w="1276" w:type="dxa"/>
            <w:shd w:val="clear" w:color="auto" w:fill="F7F7F7"/>
          </w:tcPr>
          <w:p w14:paraId="2279673A" w14:textId="77777777" w:rsidR="00EC4DD2" w:rsidRDefault="00AC66FD">
            <w:r>
              <w:t>0141 531 6999</w:t>
            </w:r>
          </w:p>
        </w:tc>
        <w:tc>
          <w:tcPr>
            <w:tcW w:w="1701" w:type="dxa"/>
            <w:shd w:val="clear" w:color="auto" w:fill="F7F7F7"/>
          </w:tcPr>
          <w:p w14:paraId="3D9CA8E4" w14:textId="77777777" w:rsidR="00EC4DD2" w:rsidRDefault="00AC66FD">
            <w:r>
              <w:t xml:space="preserve">Bernie-jo </w:t>
            </w:r>
            <w:proofErr w:type="spellStart"/>
            <w:r>
              <w:t>Cluness</w:t>
            </w:r>
            <w:proofErr w:type="spellEnd"/>
          </w:p>
        </w:tc>
        <w:tc>
          <w:tcPr>
            <w:tcW w:w="2386" w:type="dxa"/>
            <w:shd w:val="clear" w:color="auto" w:fill="F7F7F7"/>
          </w:tcPr>
          <w:p w14:paraId="4E884733" w14:textId="77777777" w:rsidR="00EC4DD2" w:rsidRDefault="00AC66FD">
            <w:r>
              <w:t>BernieJo.cluness@alliance-scotland.org.uk</w:t>
            </w:r>
          </w:p>
        </w:tc>
      </w:tr>
      <w:tr w:rsidR="00EC4DD2" w14:paraId="1CF694CB" w14:textId="77777777" w:rsidTr="00F47956">
        <w:tc>
          <w:tcPr>
            <w:tcW w:w="1384" w:type="dxa"/>
          </w:tcPr>
          <w:p w14:paraId="70B642EE" w14:textId="77777777" w:rsidR="00EC4DD2" w:rsidRDefault="00AC66FD">
            <w:r>
              <w:t>South</w:t>
            </w:r>
          </w:p>
        </w:tc>
        <w:tc>
          <w:tcPr>
            <w:tcW w:w="2552" w:type="dxa"/>
          </w:tcPr>
          <w:p w14:paraId="359CE94C" w14:textId="77777777" w:rsidR="00EC4DD2" w:rsidRDefault="00AC66FD">
            <w:proofErr w:type="gramStart"/>
            <w:r>
              <w:t>The Crescent</w:t>
            </w:r>
            <w:proofErr w:type="gramEnd"/>
            <w:r>
              <w:t xml:space="preserve"> Medical Practice</w:t>
            </w:r>
          </w:p>
        </w:tc>
        <w:tc>
          <w:tcPr>
            <w:tcW w:w="3118" w:type="dxa"/>
          </w:tcPr>
          <w:p w14:paraId="0EB73EFD" w14:textId="77777777" w:rsidR="00EC4DD2" w:rsidRDefault="00AC66FD">
            <w:r>
              <w:t xml:space="preserve">12 </w:t>
            </w:r>
            <w:proofErr w:type="spellStart"/>
            <w:r>
              <w:t>Walmer</w:t>
            </w:r>
            <w:proofErr w:type="spellEnd"/>
            <w:r>
              <w:t xml:space="preserve"> Cres, Glasgow G51 1AT /</w:t>
            </w:r>
            <w:r>
              <w:br/>
              <w:t>14 Hillington Rd South, Glasgow G52 2AA</w:t>
            </w:r>
          </w:p>
        </w:tc>
        <w:tc>
          <w:tcPr>
            <w:tcW w:w="1276" w:type="dxa"/>
          </w:tcPr>
          <w:p w14:paraId="442102FC" w14:textId="77777777" w:rsidR="00EC4DD2" w:rsidRDefault="00AC66FD">
            <w:r>
              <w:t>0141 427 0191 /</w:t>
            </w:r>
            <w:r>
              <w:br/>
              <w:t xml:space="preserve">0141 882 9098 </w:t>
            </w:r>
          </w:p>
        </w:tc>
        <w:tc>
          <w:tcPr>
            <w:tcW w:w="1701" w:type="dxa"/>
          </w:tcPr>
          <w:p w14:paraId="7BAADEA8" w14:textId="77777777" w:rsidR="00EC4DD2" w:rsidRDefault="00AC66FD">
            <w:proofErr w:type="spellStart"/>
            <w:r>
              <w:t>Dobrusia</w:t>
            </w:r>
            <w:proofErr w:type="spellEnd"/>
            <w:r>
              <w:t xml:space="preserve"> Olszewska</w:t>
            </w:r>
          </w:p>
        </w:tc>
        <w:tc>
          <w:tcPr>
            <w:tcW w:w="2386" w:type="dxa"/>
          </w:tcPr>
          <w:p w14:paraId="7C56B0F7" w14:textId="77777777" w:rsidR="00EC4DD2" w:rsidRDefault="00AC66FD">
            <w:r>
              <w:t xml:space="preserve">dobrochna.olszewska@alliance-scotland.org.uk </w:t>
            </w:r>
          </w:p>
        </w:tc>
      </w:tr>
      <w:tr w:rsidR="00EC4DD2" w14:paraId="1354709D" w14:textId="77777777" w:rsidTr="00F47956">
        <w:tc>
          <w:tcPr>
            <w:tcW w:w="1384" w:type="dxa"/>
            <w:shd w:val="clear" w:color="auto" w:fill="F7F7F7"/>
          </w:tcPr>
          <w:p w14:paraId="2CFB716D" w14:textId="77777777" w:rsidR="00EC4DD2" w:rsidRDefault="00AC66FD">
            <w:r>
              <w:t>South</w:t>
            </w:r>
          </w:p>
        </w:tc>
        <w:tc>
          <w:tcPr>
            <w:tcW w:w="2552" w:type="dxa"/>
            <w:shd w:val="clear" w:color="auto" w:fill="F7F7F7"/>
          </w:tcPr>
          <w:p w14:paraId="4FD94165" w14:textId="77777777" w:rsidR="00EC4DD2" w:rsidRDefault="00AC66FD">
            <w:r>
              <w:t xml:space="preserve">The Peat Road Medical Practice (formerly Drs </w:t>
            </w:r>
            <w:proofErr w:type="spellStart"/>
            <w:r>
              <w:t>Treadgold</w:t>
            </w:r>
            <w:proofErr w:type="spellEnd"/>
            <w:r>
              <w:t>, Duffy and Morley)</w:t>
            </w:r>
          </w:p>
        </w:tc>
        <w:tc>
          <w:tcPr>
            <w:tcW w:w="3118" w:type="dxa"/>
            <w:shd w:val="clear" w:color="auto" w:fill="F7F7F7"/>
          </w:tcPr>
          <w:p w14:paraId="24A8EECD" w14:textId="77777777" w:rsidR="00EC4DD2" w:rsidRDefault="00AC66FD">
            <w:r>
              <w:t xml:space="preserve">Pollok Health Centre, 21 </w:t>
            </w:r>
            <w:proofErr w:type="spellStart"/>
            <w:r>
              <w:t>Cowglen</w:t>
            </w:r>
            <w:proofErr w:type="spellEnd"/>
            <w:r>
              <w:t xml:space="preserve"> Road, G53 6EQ</w:t>
            </w:r>
          </w:p>
        </w:tc>
        <w:tc>
          <w:tcPr>
            <w:tcW w:w="1276" w:type="dxa"/>
            <w:shd w:val="clear" w:color="auto" w:fill="F7F7F7"/>
          </w:tcPr>
          <w:p w14:paraId="725134E8" w14:textId="77777777" w:rsidR="00EC4DD2" w:rsidRDefault="00AC66FD">
            <w:r>
              <w:t>0141 531 6860</w:t>
            </w:r>
          </w:p>
        </w:tc>
        <w:tc>
          <w:tcPr>
            <w:tcW w:w="1701" w:type="dxa"/>
            <w:shd w:val="clear" w:color="auto" w:fill="F7F7F7"/>
          </w:tcPr>
          <w:p w14:paraId="3224430F" w14:textId="77777777" w:rsidR="00EC4DD2" w:rsidRDefault="00AC66FD">
            <w:r>
              <w:t>Annemarie McGregor</w:t>
            </w:r>
          </w:p>
        </w:tc>
        <w:tc>
          <w:tcPr>
            <w:tcW w:w="2386" w:type="dxa"/>
            <w:shd w:val="clear" w:color="auto" w:fill="F7F7F7"/>
          </w:tcPr>
          <w:p w14:paraId="097BC0BC" w14:textId="77777777" w:rsidR="00EC4DD2" w:rsidRDefault="00AC66FD">
            <w:r>
              <w:t>AnneMarie.McGregor@alliance-scotland.org.uk</w:t>
            </w:r>
          </w:p>
        </w:tc>
      </w:tr>
      <w:tr w:rsidR="00EC4DD2" w14:paraId="5F3F708D" w14:textId="77777777" w:rsidTr="00F47956">
        <w:tc>
          <w:tcPr>
            <w:tcW w:w="1384" w:type="dxa"/>
          </w:tcPr>
          <w:p w14:paraId="2D6DEBAC" w14:textId="77777777" w:rsidR="00EC4DD2" w:rsidRDefault="00AC66FD">
            <w:r>
              <w:t>South</w:t>
            </w:r>
          </w:p>
        </w:tc>
        <w:tc>
          <w:tcPr>
            <w:tcW w:w="2552" w:type="dxa"/>
          </w:tcPr>
          <w:p w14:paraId="4F64619F" w14:textId="77777777" w:rsidR="00EC4DD2" w:rsidRDefault="00AC66FD">
            <w:r>
              <w:t>Drs Ratter, McLaughlin, &amp; MacPhee (The Green Practice)</w:t>
            </w:r>
          </w:p>
        </w:tc>
        <w:tc>
          <w:tcPr>
            <w:tcW w:w="3118" w:type="dxa"/>
          </w:tcPr>
          <w:p w14:paraId="0CB4F9D6" w14:textId="77777777" w:rsidR="00EC4DD2" w:rsidRDefault="00AC66FD">
            <w:r>
              <w:t xml:space="preserve">Govan Health Centre, 5 </w:t>
            </w:r>
            <w:proofErr w:type="spellStart"/>
            <w:r>
              <w:t>Drumoyne</w:t>
            </w:r>
            <w:proofErr w:type="spellEnd"/>
            <w:r>
              <w:t xml:space="preserve"> Road, G51 4BJ</w:t>
            </w:r>
          </w:p>
        </w:tc>
        <w:tc>
          <w:tcPr>
            <w:tcW w:w="1276" w:type="dxa"/>
          </w:tcPr>
          <w:p w14:paraId="5311B5F6" w14:textId="77777777" w:rsidR="00EC4DD2" w:rsidRDefault="00AC66FD">
            <w:r>
              <w:t>0141 531 8460 / 8467</w:t>
            </w:r>
          </w:p>
        </w:tc>
        <w:tc>
          <w:tcPr>
            <w:tcW w:w="1701" w:type="dxa"/>
          </w:tcPr>
          <w:p w14:paraId="0E1F8205" w14:textId="77777777" w:rsidR="00EC4DD2" w:rsidRDefault="00AC66FD">
            <w:r>
              <w:t>Charlene Price</w:t>
            </w:r>
          </w:p>
        </w:tc>
        <w:tc>
          <w:tcPr>
            <w:tcW w:w="2386" w:type="dxa"/>
          </w:tcPr>
          <w:p w14:paraId="328806D9" w14:textId="77777777" w:rsidR="00EC4DD2" w:rsidRDefault="00AC66FD">
            <w:r>
              <w:t xml:space="preserve">charlene.price@alliance-scotland.org.uk </w:t>
            </w:r>
          </w:p>
        </w:tc>
      </w:tr>
      <w:tr w:rsidR="00EC4DD2" w14:paraId="0199DA67" w14:textId="77777777" w:rsidTr="00F47956">
        <w:tc>
          <w:tcPr>
            <w:tcW w:w="1384" w:type="dxa"/>
            <w:shd w:val="clear" w:color="auto" w:fill="F7F7F7"/>
          </w:tcPr>
          <w:p w14:paraId="53C2A342" w14:textId="77777777" w:rsidR="00EC4DD2" w:rsidRDefault="00AC66FD">
            <w:r>
              <w:t>South</w:t>
            </w:r>
          </w:p>
        </w:tc>
        <w:tc>
          <w:tcPr>
            <w:tcW w:w="2552" w:type="dxa"/>
            <w:shd w:val="clear" w:color="auto" w:fill="F7F7F7"/>
          </w:tcPr>
          <w:p w14:paraId="34A2298D" w14:textId="77777777" w:rsidR="00EC4DD2" w:rsidRDefault="00AC66FD">
            <w:r>
              <w:t>Yellow Practice Govan Health Centre</w:t>
            </w:r>
          </w:p>
        </w:tc>
        <w:tc>
          <w:tcPr>
            <w:tcW w:w="3118" w:type="dxa"/>
            <w:shd w:val="clear" w:color="auto" w:fill="F7F7F7"/>
          </w:tcPr>
          <w:p w14:paraId="4E30B780" w14:textId="77777777" w:rsidR="00EC4DD2" w:rsidRDefault="00AC66FD">
            <w:r>
              <w:t xml:space="preserve">Govan Health Centre, 5 </w:t>
            </w:r>
            <w:proofErr w:type="spellStart"/>
            <w:r>
              <w:t>Drumoyne</w:t>
            </w:r>
            <w:proofErr w:type="spellEnd"/>
            <w:r>
              <w:t xml:space="preserve"> Road, G51 4BJ</w:t>
            </w:r>
          </w:p>
        </w:tc>
        <w:tc>
          <w:tcPr>
            <w:tcW w:w="1276" w:type="dxa"/>
            <w:shd w:val="clear" w:color="auto" w:fill="F7F7F7"/>
          </w:tcPr>
          <w:p w14:paraId="48B1A71A" w14:textId="77777777" w:rsidR="00EC4DD2" w:rsidRDefault="00AC66FD">
            <w:r>
              <w:t>0141 531 8490</w:t>
            </w:r>
          </w:p>
        </w:tc>
        <w:tc>
          <w:tcPr>
            <w:tcW w:w="1701" w:type="dxa"/>
            <w:shd w:val="clear" w:color="auto" w:fill="F7F7F7"/>
          </w:tcPr>
          <w:p w14:paraId="1104236A" w14:textId="77777777" w:rsidR="00EC4DD2" w:rsidRDefault="00AC66FD">
            <w:r>
              <w:t>Elio Ajmone</w:t>
            </w:r>
          </w:p>
        </w:tc>
        <w:tc>
          <w:tcPr>
            <w:tcW w:w="2386" w:type="dxa"/>
            <w:shd w:val="clear" w:color="auto" w:fill="F7F7F7"/>
          </w:tcPr>
          <w:p w14:paraId="0921CE66" w14:textId="77777777" w:rsidR="00EC4DD2" w:rsidRDefault="00AC66FD">
            <w:r>
              <w:t>elio.ajmone@alliance-scotland.org.uk</w:t>
            </w:r>
          </w:p>
        </w:tc>
      </w:tr>
      <w:tr w:rsidR="00EC4DD2" w14:paraId="638AA916" w14:textId="77777777" w:rsidTr="00F47956">
        <w:tc>
          <w:tcPr>
            <w:tcW w:w="1384" w:type="dxa"/>
          </w:tcPr>
          <w:p w14:paraId="5498CDD1" w14:textId="77777777" w:rsidR="00EC4DD2" w:rsidRDefault="00AC66FD">
            <w:r>
              <w:t>South</w:t>
            </w:r>
          </w:p>
        </w:tc>
        <w:tc>
          <w:tcPr>
            <w:tcW w:w="2552" w:type="dxa"/>
          </w:tcPr>
          <w:p w14:paraId="436C8AEE" w14:textId="77777777" w:rsidR="00EC4DD2" w:rsidRDefault="00AC66FD">
            <w:proofErr w:type="spellStart"/>
            <w:r>
              <w:t>Craigton</w:t>
            </w:r>
            <w:proofErr w:type="spellEnd"/>
            <w:r>
              <w:t xml:space="preserve"> Medical Practice (formerly Dr Hardie and Partners (Blue Practice))</w:t>
            </w:r>
          </w:p>
        </w:tc>
        <w:tc>
          <w:tcPr>
            <w:tcW w:w="3118" w:type="dxa"/>
          </w:tcPr>
          <w:p w14:paraId="27E7F05A" w14:textId="77777777" w:rsidR="00EC4DD2" w:rsidRDefault="00AC66FD">
            <w:r>
              <w:t xml:space="preserve">Govan Health Centre, 5 </w:t>
            </w:r>
            <w:proofErr w:type="spellStart"/>
            <w:r>
              <w:t>Drumoyne</w:t>
            </w:r>
            <w:proofErr w:type="spellEnd"/>
            <w:r>
              <w:t xml:space="preserve"> Road, G51 4BJ /</w:t>
            </w:r>
            <w:r>
              <w:br/>
              <w:t>Westfield Health Centre, 71 Hillington Road South, Hillington, G52 2AE</w:t>
            </w:r>
          </w:p>
        </w:tc>
        <w:tc>
          <w:tcPr>
            <w:tcW w:w="1276" w:type="dxa"/>
          </w:tcPr>
          <w:p w14:paraId="34D02C53" w14:textId="77777777" w:rsidR="00EC4DD2" w:rsidRDefault="00AC66FD">
            <w:r>
              <w:t xml:space="preserve">0141 882 2222 </w:t>
            </w:r>
            <w:r>
              <w:br/>
              <w:t>option 1 or 2</w:t>
            </w:r>
          </w:p>
        </w:tc>
        <w:tc>
          <w:tcPr>
            <w:tcW w:w="1701" w:type="dxa"/>
          </w:tcPr>
          <w:p w14:paraId="25FA0EDC" w14:textId="77777777" w:rsidR="00EC4DD2" w:rsidRDefault="00AC66FD">
            <w:r>
              <w:t>Rebecca Totterdell</w:t>
            </w:r>
          </w:p>
        </w:tc>
        <w:tc>
          <w:tcPr>
            <w:tcW w:w="2386" w:type="dxa"/>
          </w:tcPr>
          <w:p w14:paraId="327E94FD" w14:textId="77777777" w:rsidR="00EC4DD2" w:rsidRDefault="00AC66FD">
            <w:r>
              <w:t>rebecca.totterdell@alliance-scotland.org.uk</w:t>
            </w:r>
          </w:p>
        </w:tc>
      </w:tr>
      <w:tr w:rsidR="00EC4DD2" w14:paraId="0A5C5D34" w14:textId="77777777" w:rsidTr="00F47956">
        <w:tc>
          <w:tcPr>
            <w:tcW w:w="1384" w:type="dxa"/>
            <w:shd w:val="clear" w:color="auto" w:fill="F7F7F7"/>
          </w:tcPr>
          <w:p w14:paraId="347F2B49" w14:textId="77777777" w:rsidR="00EC4DD2" w:rsidRDefault="00AC66FD">
            <w:r>
              <w:t>South</w:t>
            </w:r>
          </w:p>
        </w:tc>
        <w:tc>
          <w:tcPr>
            <w:tcW w:w="2552" w:type="dxa"/>
            <w:shd w:val="clear" w:color="auto" w:fill="F7F7F7"/>
          </w:tcPr>
          <w:p w14:paraId="198E9C5A" w14:textId="77777777" w:rsidR="00EC4DD2" w:rsidRDefault="00AC66FD">
            <w:proofErr w:type="spellStart"/>
            <w:r>
              <w:t>Midlock</w:t>
            </w:r>
            <w:proofErr w:type="spellEnd"/>
            <w:r>
              <w:t xml:space="preserve"> Medical Practice </w:t>
            </w:r>
          </w:p>
        </w:tc>
        <w:tc>
          <w:tcPr>
            <w:tcW w:w="3118" w:type="dxa"/>
            <w:shd w:val="clear" w:color="auto" w:fill="F7F7F7"/>
          </w:tcPr>
          <w:p w14:paraId="1F6AC084" w14:textId="77777777" w:rsidR="00EC4DD2" w:rsidRDefault="00AC66FD">
            <w:r>
              <w:t xml:space="preserve">7 </w:t>
            </w:r>
            <w:proofErr w:type="spellStart"/>
            <w:r>
              <w:t>Midlock</w:t>
            </w:r>
            <w:proofErr w:type="spellEnd"/>
            <w:r>
              <w:t xml:space="preserve"> Street, Ibrox, G51 1SL</w:t>
            </w:r>
          </w:p>
        </w:tc>
        <w:tc>
          <w:tcPr>
            <w:tcW w:w="1276" w:type="dxa"/>
            <w:shd w:val="clear" w:color="auto" w:fill="F7F7F7"/>
          </w:tcPr>
          <w:p w14:paraId="49F8BAE9" w14:textId="77777777" w:rsidR="00EC4DD2" w:rsidRDefault="00AC66FD">
            <w:r>
              <w:t>0141 427 4271</w:t>
            </w:r>
          </w:p>
        </w:tc>
        <w:tc>
          <w:tcPr>
            <w:tcW w:w="1701" w:type="dxa"/>
            <w:shd w:val="clear" w:color="auto" w:fill="F7F7F7"/>
          </w:tcPr>
          <w:p w14:paraId="05BB6885" w14:textId="77777777" w:rsidR="00EC4DD2" w:rsidRDefault="00AC66FD">
            <w:r>
              <w:t>Edgar Morales</w:t>
            </w:r>
          </w:p>
        </w:tc>
        <w:tc>
          <w:tcPr>
            <w:tcW w:w="2386" w:type="dxa"/>
            <w:shd w:val="clear" w:color="auto" w:fill="F7F7F7"/>
          </w:tcPr>
          <w:p w14:paraId="0ECD3D81" w14:textId="77777777" w:rsidR="00EC4DD2" w:rsidRDefault="00AC66FD">
            <w:r>
              <w:t>edgar.morales@alliance-scotland.org.uk</w:t>
            </w:r>
          </w:p>
        </w:tc>
      </w:tr>
      <w:tr w:rsidR="00EC4DD2" w14:paraId="20D993EF" w14:textId="77777777" w:rsidTr="00F47956">
        <w:tc>
          <w:tcPr>
            <w:tcW w:w="1384" w:type="dxa"/>
          </w:tcPr>
          <w:p w14:paraId="75F2FC06" w14:textId="77777777" w:rsidR="00EC4DD2" w:rsidRDefault="00AC66FD">
            <w:r>
              <w:lastRenderedPageBreak/>
              <w:t>South</w:t>
            </w:r>
          </w:p>
        </w:tc>
        <w:tc>
          <w:tcPr>
            <w:tcW w:w="2552" w:type="dxa"/>
          </w:tcPr>
          <w:p w14:paraId="4BB0A6C4" w14:textId="77777777" w:rsidR="00EC4DD2" w:rsidRDefault="00AC66FD">
            <w:r>
              <w:t>Dr C Mills and Partners (Green Practice Gorbals)</w:t>
            </w:r>
          </w:p>
        </w:tc>
        <w:tc>
          <w:tcPr>
            <w:tcW w:w="3118" w:type="dxa"/>
          </w:tcPr>
          <w:p w14:paraId="7FC05595" w14:textId="77777777" w:rsidR="00EC4DD2" w:rsidRDefault="00AC66FD">
            <w:r>
              <w:t xml:space="preserve">Gorbals Health &amp; Care Centre ,2 </w:t>
            </w:r>
            <w:proofErr w:type="spellStart"/>
            <w:r>
              <w:t>Sandiefield</w:t>
            </w:r>
            <w:proofErr w:type="spellEnd"/>
            <w:r>
              <w:t xml:space="preserve"> </w:t>
            </w:r>
            <w:proofErr w:type="gramStart"/>
            <w:r>
              <w:t>Road ,Glasgow</w:t>
            </w:r>
            <w:proofErr w:type="gramEnd"/>
            <w:r>
              <w:t xml:space="preserve"> G5 9AB</w:t>
            </w:r>
          </w:p>
        </w:tc>
        <w:tc>
          <w:tcPr>
            <w:tcW w:w="1276" w:type="dxa"/>
          </w:tcPr>
          <w:p w14:paraId="1420261E" w14:textId="77777777" w:rsidR="00EC4DD2" w:rsidRDefault="00AC66FD">
            <w:r>
              <w:t>0141 201 5111</w:t>
            </w:r>
          </w:p>
        </w:tc>
        <w:tc>
          <w:tcPr>
            <w:tcW w:w="1701" w:type="dxa"/>
          </w:tcPr>
          <w:p w14:paraId="2BA10EB1" w14:textId="77777777" w:rsidR="00EC4DD2" w:rsidRDefault="00AC66FD">
            <w:r>
              <w:t xml:space="preserve">Jess </w:t>
            </w:r>
            <w:proofErr w:type="spellStart"/>
            <w:r>
              <w:t>Pfundner</w:t>
            </w:r>
            <w:proofErr w:type="spellEnd"/>
          </w:p>
        </w:tc>
        <w:tc>
          <w:tcPr>
            <w:tcW w:w="2386" w:type="dxa"/>
          </w:tcPr>
          <w:p w14:paraId="0E3C0AB0" w14:textId="77777777" w:rsidR="00EC4DD2" w:rsidRDefault="00AC66FD">
            <w:r>
              <w:t>jess.pfundner@alliance-scotland.org.uk</w:t>
            </w:r>
          </w:p>
        </w:tc>
      </w:tr>
      <w:tr w:rsidR="00EC4DD2" w14:paraId="59C0266C" w14:textId="77777777" w:rsidTr="00F47956">
        <w:tc>
          <w:tcPr>
            <w:tcW w:w="1384" w:type="dxa"/>
            <w:shd w:val="clear" w:color="auto" w:fill="F7F7F7"/>
          </w:tcPr>
          <w:p w14:paraId="4D693F5A" w14:textId="77777777" w:rsidR="00EC4DD2" w:rsidRDefault="00AC66FD">
            <w:r>
              <w:t>South</w:t>
            </w:r>
          </w:p>
        </w:tc>
        <w:tc>
          <w:tcPr>
            <w:tcW w:w="2552" w:type="dxa"/>
            <w:shd w:val="clear" w:color="auto" w:fill="F7F7F7"/>
          </w:tcPr>
          <w:p w14:paraId="086187DF" w14:textId="77777777" w:rsidR="00EC4DD2" w:rsidRDefault="00AC66FD">
            <w:r>
              <w:t>Practice B Govanhill</w:t>
            </w:r>
          </w:p>
        </w:tc>
        <w:tc>
          <w:tcPr>
            <w:tcW w:w="3118" w:type="dxa"/>
            <w:shd w:val="clear" w:color="auto" w:fill="F7F7F7"/>
          </w:tcPr>
          <w:p w14:paraId="6C2E7F3F" w14:textId="77777777" w:rsidR="00EC4DD2" w:rsidRDefault="00AC66FD">
            <w:r>
              <w:t xml:space="preserve">Govanhill Health Centre, 233 Calder Street, G42 7DR </w:t>
            </w:r>
          </w:p>
        </w:tc>
        <w:tc>
          <w:tcPr>
            <w:tcW w:w="1276" w:type="dxa"/>
            <w:shd w:val="clear" w:color="auto" w:fill="F7F7F7"/>
          </w:tcPr>
          <w:p w14:paraId="5AF8E510" w14:textId="77777777" w:rsidR="00EC4DD2" w:rsidRDefault="00AC66FD">
            <w:r>
              <w:t>0141 531 8365</w:t>
            </w:r>
          </w:p>
        </w:tc>
        <w:tc>
          <w:tcPr>
            <w:tcW w:w="1701" w:type="dxa"/>
            <w:shd w:val="clear" w:color="auto" w:fill="F7F7F7"/>
          </w:tcPr>
          <w:p w14:paraId="1EA6B4B8" w14:textId="77777777" w:rsidR="00EC4DD2" w:rsidRDefault="00AC66FD">
            <w:r>
              <w:t>Gulzar Kaleem</w:t>
            </w:r>
          </w:p>
        </w:tc>
        <w:tc>
          <w:tcPr>
            <w:tcW w:w="2386" w:type="dxa"/>
            <w:shd w:val="clear" w:color="auto" w:fill="F7F7F7"/>
          </w:tcPr>
          <w:p w14:paraId="07CE573D" w14:textId="77777777" w:rsidR="00EC4DD2" w:rsidRDefault="00AC66FD">
            <w:r>
              <w:t>gulzar.kaleem@alliance-scotland.org.uk</w:t>
            </w:r>
          </w:p>
        </w:tc>
      </w:tr>
      <w:tr w:rsidR="00EC4DD2" w14:paraId="6A981BE4" w14:textId="77777777" w:rsidTr="00F47956">
        <w:tc>
          <w:tcPr>
            <w:tcW w:w="1384" w:type="dxa"/>
          </w:tcPr>
          <w:p w14:paraId="641F608A" w14:textId="77777777" w:rsidR="00EC4DD2" w:rsidRDefault="00AC66FD">
            <w:r>
              <w:t>South</w:t>
            </w:r>
          </w:p>
        </w:tc>
        <w:tc>
          <w:tcPr>
            <w:tcW w:w="2552" w:type="dxa"/>
          </w:tcPr>
          <w:p w14:paraId="3EA56A46" w14:textId="77777777" w:rsidR="00EC4DD2" w:rsidRDefault="00AC66FD">
            <w:r>
              <w:t>The Victoria Practice - Practice C Govanhill (formerly known as Dr Chiah and Partners)</w:t>
            </w:r>
          </w:p>
        </w:tc>
        <w:tc>
          <w:tcPr>
            <w:tcW w:w="3118" w:type="dxa"/>
          </w:tcPr>
          <w:p w14:paraId="1D2790ED" w14:textId="77777777" w:rsidR="00EC4DD2" w:rsidRDefault="00AC66FD">
            <w:r>
              <w:t>Govanhill Health Centre, 233 Calder Street, G42 7DR</w:t>
            </w:r>
          </w:p>
        </w:tc>
        <w:tc>
          <w:tcPr>
            <w:tcW w:w="1276" w:type="dxa"/>
          </w:tcPr>
          <w:p w14:paraId="10E585DC" w14:textId="77777777" w:rsidR="00EC4DD2" w:rsidRDefault="00AC66FD">
            <w:r>
              <w:t>0141 531 8385</w:t>
            </w:r>
          </w:p>
        </w:tc>
        <w:tc>
          <w:tcPr>
            <w:tcW w:w="1701" w:type="dxa"/>
          </w:tcPr>
          <w:p w14:paraId="58D716CD" w14:textId="77777777" w:rsidR="00EC4DD2" w:rsidRDefault="00AC66FD">
            <w:r>
              <w:t>Neil Girvan</w:t>
            </w:r>
          </w:p>
        </w:tc>
        <w:tc>
          <w:tcPr>
            <w:tcW w:w="2386" w:type="dxa"/>
          </w:tcPr>
          <w:p w14:paraId="7A494F4E" w14:textId="77777777" w:rsidR="00EC4DD2" w:rsidRDefault="00AC66FD">
            <w:r>
              <w:t xml:space="preserve">neil.girvan@alliance-scotland.org.uk </w:t>
            </w:r>
          </w:p>
        </w:tc>
      </w:tr>
      <w:tr w:rsidR="00EC4DD2" w14:paraId="0ACCDD27" w14:textId="77777777" w:rsidTr="00F47956">
        <w:tc>
          <w:tcPr>
            <w:tcW w:w="1384" w:type="dxa"/>
            <w:shd w:val="clear" w:color="auto" w:fill="F7F7F7"/>
          </w:tcPr>
          <w:p w14:paraId="4749FC82" w14:textId="77777777" w:rsidR="00EC4DD2" w:rsidRDefault="00AC66FD">
            <w:r>
              <w:t>South</w:t>
            </w:r>
          </w:p>
        </w:tc>
        <w:tc>
          <w:tcPr>
            <w:tcW w:w="2552" w:type="dxa"/>
            <w:shd w:val="clear" w:color="auto" w:fill="F7F7F7"/>
          </w:tcPr>
          <w:p w14:paraId="474E32C5" w14:textId="77777777" w:rsidR="00EC4DD2" w:rsidRDefault="00AC66FD">
            <w:r>
              <w:t xml:space="preserve">Drs Carse and Byrne (Practice A Govanhill) (formerly Dr Fraser &amp; Partners) </w:t>
            </w:r>
          </w:p>
        </w:tc>
        <w:tc>
          <w:tcPr>
            <w:tcW w:w="3118" w:type="dxa"/>
            <w:shd w:val="clear" w:color="auto" w:fill="F7F7F7"/>
          </w:tcPr>
          <w:p w14:paraId="42DF731E" w14:textId="77777777" w:rsidR="00EC4DD2" w:rsidRDefault="00AC66FD">
            <w:r>
              <w:t>Govanhill Health Centre, 233 Calder Street, G42 7DR</w:t>
            </w:r>
          </w:p>
        </w:tc>
        <w:tc>
          <w:tcPr>
            <w:tcW w:w="1276" w:type="dxa"/>
            <w:shd w:val="clear" w:color="auto" w:fill="F7F7F7"/>
          </w:tcPr>
          <w:p w14:paraId="1E8A4DE2" w14:textId="77777777" w:rsidR="00EC4DD2" w:rsidRDefault="00AC66FD">
            <w:r>
              <w:t>0141 531 8350</w:t>
            </w:r>
          </w:p>
        </w:tc>
        <w:tc>
          <w:tcPr>
            <w:tcW w:w="1701" w:type="dxa"/>
            <w:shd w:val="clear" w:color="auto" w:fill="F7F7F7"/>
          </w:tcPr>
          <w:p w14:paraId="5E316B56" w14:textId="77777777" w:rsidR="00EC4DD2" w:rsidRDefault="00AC66FD">
            <w:r>
              <w:t>Louise Creber</w:t>
            </w:r>
          </w:p>
        </w:tc>
        <w:tc>
          <w:tcPr>
            <w:tcW w:w="2386" w:type="dxa"/>
            <w:shd w:val="clear" w:color="auto" w:fill="F7F7F7"/>
          </w:tcPr>
          <w:p w14:paraId="7470FC13" w14:textId="77777777" w:rsidR="00EC4DD2" w:rsidRDefault="00AC66FD">
            <w:r>
              <w:t>louise.creber@alliance-scotland.org.uk</w:t>
            </w:r>
          </w:p>
        </w:tc>
      </w:tr>
      <w:tr w:rsidR="00EC4DD2" w14:paraId="780BA099" w14:textId="77777777" w:rsidTr="00F47956">
        <w:tc>
          <w:tcPr>
            <w:tcW w:w="1384" w:type="dxa"/>
          </w:tcPr>
          <w:p w14:paraId="4E4D5B45" w14:textId="77777777" w:rsidR="00EC4DD2" w:rsidRDefault="00AC66FD">
            <w:r>
              <w:t>South</w:t>
            </w:r>
          </w:p>
        </w:tc>
        <w:tc>
          <w:tcPr>
            <w:tcW w:w="2552" w:type="dxa"/>
          </w:tcPr>
          <w:p w14:paraId="0D78B2FB" w14:textId="77777777" w:rsidR="00EC4DD2" w:rsidRDefault="00AC66FD">
            <w:proofErr w:type="spellStart"/>
            <w:r>
              <w:t>Castlemilk</w:t>
            </w:r>
            <w:proofErr w:type="spellEnd"/>
            <w:r>
              <w:t xml:space="preserve"> Group Practice</w:t>
            </w:r>
          </w:p>
        </w:tc>
        <w:tc>
          <w:tcPr>
            <w:tcW w:w="3118" w:type="dxa"/>
          </w:tcPr>
          <w:p w14:paraId="6ACF86EB" w14:textId="77777777" w:rsidR="00EC4DD2" w:rsidRDefault="00AC66FD">
            <w:r>
              <w:t xml:space="preserve">71 </w:t>
            </w:r>
            <w:proofErr w:type="spellStart"/>
            <w:r>
              <w:t>Dougrie</w:t>
            </w:r>
            <w:proofErr w:type="spellEnd"/>
            <w:r>
              <w:t xml:space="preserve"> Drive, </w:t>
            </w:r>
            <w:proofErr w:type="spellStart"/>
            <w:r>
              <w:t>Castlemilk</w:t>
            </w:r>
            <w:proofErr w:type="spellEnd"/>
            <w:r>
              <w:t>, G45 9AW</w:t>
            </w:r>
          </w:p>
        </w:tc>
        <w:tc>
          <w:tcPr>
            <w:tcW w:w="1276" w:type="dxa"/>
          </w:tcPr>
          <w:p w14:paraId="5F6FBADB" w14:textId="77777777" w:rsidR="00EC4DD2" w:rsidRDefault="00AC66FD">
            <w:r>
              <w:t>0141 531 8585</w:t>
            </w:r>
          </w:p>
        </w:tc>
        <w:tc>
          <w:tcPr>
            <w:tcW w:w="1701" w:type="dxa"/>
          </w:tcPr>
          <w:p w14:paraId="24DE071B" w14:textId="77777777" w:rsidR="00EC4DD2" w:rsidRDefault="00AC66FD">
            <w:r>
              <w:t>Sharon Irvine</w:t>
            </w:r>
          </w:p>
        </w:tc>
        <w:tc>
          <w:tcPr>
            <w:tcW w:w="2386" w:type="dxa"/>
          </w:tcPr>
          <w:p w14:paraId="04CFEC04" w14:textId="77777777" w:rsidR="00EC4DD2" w:rsidRDefault="00AC66FD">
            <w:r>
              <w:t>sharon.irvine@alliance-scotland.org.uk</w:t>
            </w:r>
          </w:p>
        </w:tc>
      </w:tr>
      <w:tr w:rsidR="00EC4DD2" w14:paraId="1230EA47" w14:textId="77777777" w:rsidTr="00F47956">
        <w:tc>
          <w:tcPr>
            <w:tcW w:w="1384" w:type="dxa"/>
            <w:shd w:val="clear" w:color="auto" w:fill="F7F7F7"/>
          </w:tcPr>
          <w:p w14:paraId="65D780E0" w14:textId="77777777" w:rsidR="00EC4DD2" w:rsidRDefault="00AC66FD">
            <w:r>
              <w:t>South</w:t>
            </w:r>
          </w:p>
        </w:tc>
        <w:tc>
          <w:tcPr>
            <w:tcW w:w="2552" w:type="dxa"/>
            <w:shd w:val="clear" w:color="auto" w:fill="F7F7F7"/>
          </w:tcPr>
          <w:p w14:paraId="058C6249" w14:textId="77777777" w:rsidR="00EC4DD2" w:rsidRDefault="00AC66FD">
            <w:r>
              <w:t>Ker Practice</w:t>
            </w:r>
          </w:p>
        </w:tc>
        <w:tc>
          <w:tcPr>
            <w:tcW w:w="3118" w:type="dxa"/>
            <w:shd w:val="clear" w:color="auto" w:fill="F7F7F7"/>
          </w:tcPr>
          <w:p w14:paraId="01E6D73E" w14:textId="77777777" w:rsidR="00EC4DD2" w:rsidRDefault="00AC66FD">
            <w:r>
              <w:t xml:space="preserve">Gorbals Health &amp; Care Centre, 2 </w:t>
            </w:r>
            <w:proofErr w:type="spellStart"/>
            <w:r>
              <w:t>Sandiefield</w:t>
            </w:r>
            <w:proofErr w:type="spellEnd"/>
            <w:r>
              <w:t xml:space="preserve"> Road, G5 9AB /</w:t>
            </w:r>
            <w:r>
              <w:br/>
            </w:r>
            <w:proofErr w:type="spellStart"/>
            <w:r>
              <w:t>Croftfoot</w:t>
            </w:r>
            <w:proofErr w:type="spellEnd"/>
            <w:r>
              <w:t xml:space="preserve"> Surgery, 30 </w:t>
            </w:r>
            <w:proofErr w:type="spellStart"/>
            <w:r>
              <w:t>Croftfoot</w:t>
            </w:r>
            <w:proofErr w:type="spellEnd"/>
            <w:r>
              <w:t xml:space="preserve"> Road, G44 5JT</w:t>
            </w:r>
          </w:p>
          <w:p w14:paraId="616B304A" w14:textId="77777777" w:rsidR="00F47956" w:rsidRDefault="00F47956"/>
        </w:tc>
        <w:tc>
          <w:tcPr>
            <w:tcW w:w="1276" w:type="dxa"/>
            <w:shd w:val="clear" w:color="auto" w:fill="F7F7F7"/>
          </w:tcPr>
          <w:p w14:paraId="155D9496" w14:textId="77777777" w:rsidR="00EC4DD2" w:rsidRDefault="00AC66FD">
            <w:r>
              <w:t>0141 471 5050 option 2 or 1</w:t>
            </w:r>
          </w:p>
        </w:tc>
        <w:tc>
          <w:tcPr>
            <w:tcW w:w="1701" w:type="dxa"/>
            <w:shd w:val="clear" w:color="auto" w:fill="F7F7F7"/>
          </w:tcPr>
          <w:p w14:paraId="69B42F28" w14:textId="77777777" w:rsidR="00EC4DD2" w:rsidRDefault="00AC66FD">
            <w:r>
              <w:t>Colin Jones</w:t>
            </w:r>
          </w:p>
        </w:tc>
        <w:tc>
          <w:tcPr>
            <w:tcW w:w="2386" w:type="dxa"/>
            <w:shd w:val="clear" w:color="auto" w:fill="F7F7F7"/>
          </w:tcPr>
          <w:p w14:paraId="4154D354" w14:textId="77777777" w:rsidR="00EC4DD2" w:rsidRDefault="00AC66FD">
            <w:r>
              <w:t>Colin.Jones@alliance-scotland.org.uk</w:t>
            </w:r>
          </w:p>
        </w:tc>
      </w:tr>
      <w:tr w:rsidR="00EC4DD2" w14:paraId="1E246934" w14:textId="77777777" w:rsidTr="00F47956">
        <w:tc>
          <w:tcPr>
            <w:tcW w:w="1384" w:type="dxa"/>
          </w:tcPr>
          <w:p w14:paraId="53CFE64F" w14:textId="77777777" w:rsidR="00EC4DD2" w:rsidRDefault="00AC66FD">
            <w:r>
              <w:t>South</w:t>
            </w:r>
          </w:p>
        </w:tc>
        <w:tc>
          <w:tcPr>
            <w:tcW w:w="2552" w:type="dxa"/>
          </w:tcPr>
          <w:p w14:paraId="67241B80" w14:textId="77777777" w:rsidR="00EC4DD2" w:rsidRDefault="00AC66FD">
            <w:r>
              <w:t xml:space="preserve">Pinecroft Medical Practice (formerly </w:t>
            </w:r>
            <w:proofErr w:type="spellStart"/>
            <w:proofErr w:type="gramStart"/>
            <w:r>
              <w:t>Croftfoot</w:t>
            </w:r>
            <w:proofErr w:type="spellEnd"/>
            <w:r>
              <w:t xml:space="preserve">  Surgery</w:t>
            </w:r>
            <w:proofErr w:type="gramEnd"/>
            <w:r>
              <w:t xml:space="preserve"> formerly - Dr McEvinney and Partners)</w:t>
            </w:r>
          </w:p>
          <w:p w14:paraId="77AE4F62" w14:textId="77777777" w:rsidR="00F47956" w:rsidRDefault="00F47956"/>
        </w:tc>
        <w:tc>
          <w:tcPr>
            <w:tcW w:w="3118" w:type="dxa"/>
          </w:tcPr>
          <w:p w14:paraId="0D545A4F" w14:textId="77777777" w:rsidR="00EC4DD2" w:rsidRDefault="00AC66FD">
            <w:r>
              <w:t xml:space="preserve">Gorbals Health &amp; Care Centre, 2 </w:t>
            </w:r>
            <w:proofErr w:type="spellStart"/>
            <w:r>
              <w:t>Sandiefield</w:t>
            </w:r>
            <w:proofErr w:type="spellEnd"/>
            <w:r>
              <w:t xml:space="preserve"> Road, G5 9AB /</w:t>
            </w:r>
            <w:r>
              <w:br/>
            </w:r>
            <w:proofErr w:type="spellStart"/>
            <w:r>
              <w:t>Croftfoot</w:t>
            </w:r>
            <w:proofErr w:type="spellEnd"/>
            <w:r>
              <w:t xml:space="preserve"> Surgery, 44 </w:t>
            </w:r>
            <w:proofErr w:type="spellStart"/>
            <w:r>
              <w:t>Croftfoot</w:t>
            </w:r>
            <w:proofErr w:type="spellEnd"/>
            <w:r>
              <w:t xml:space="preserve"> Road, G44 5JT</w:t>
            </w:r>
          </w:p>
        </w:tc>
        <w:tc>
          <w:tcPr>
            <w:tcW w:w="1276" w:type="dxa"/>
          </w:tcPr>
          <w:p w14:paraId="69314344" w14:textId="77777777" w:rsidR="00EC4DD2" w:rsidRDefault="00AC66FD">
            <w:r>
              <w:t>0141 201 5130/</w:t>
            </w:r>
            <w:r>
              <w:br/>
              <w:t>0141 634 6333</w:t>
            </w:r>
          </w:p>
        </w:tc>
        <w:tc>
          <w:tcPr>
            <w:tcW w:w="1701" w:type="dxa"/>
          </w:tcPr>
          <w:p w14:paraId="1FF147B6" w14:textId="77777777" w:rsidR="00EC4DD2" w:rsidRDefault="00AC66FD">
            <w:r>
              <w:t xml:space="preserve">Olly Shields </w:t>
            </w:r>
          </w:p>
        </w:tc>
        <w:tc>
          <w:tcPr>
            <w:tcW w:w="2386" w:type="dxa"/>
          </w:tcPr>
          <w:p w14:paraId="36382D0F" w14:textId="77777777" w:rsidR="00EC4DD2" w:rsidRDefault="00AC66FD">
            <w:r>
              <w:t>Oliver.Shields@alliance-scotland.org.uk</w:t>
            </w:r>
          </w:p>
        </w:tc>
      </w:tr>
      <w:tr w:rsidR="00EC4DD2" w14:paraId="0324071A" w14:textId="77777777" w:rsidTr="00F47956">
        <w:tc>
          <w:tcPr>
            <w:tcW w:w="1384" w:type="dxa"/>
            <w:shd w:val="clear" w:color="auto" w:fill="F7F7F7"/>
          </w:tcPr>
          <w:p w14:paraId="3A223613" w14:textId="77777777" w:rsidR="00EC4DD2" w:rsidRDefault="00AC66FD">
            <w:r>
              <w:t>South</w:t>
            </w:r>
          </w:p>
        </w:tc>
        <w:tc>
          <w:tcPr>
            <w:tcW w:w="2552" w:type="dxa"/>
            <w:shd w:val="clear" w:color="auto" w:fill="F7F7F7"/>
          </w:tcPr>
          <w:p w14:paraId="2E501555" w14:textId="77777777" w:rsidR="00EC4DD2" w:rsidRDefault="00AC66FD">
            <w:r>
              <w:t>Dr Gordon and Partners</w:t>
            </w:r>
          </w:p>
        </w:tc>
        <w:tc>
          <w:tcPr>
            <w:tcW w:w="3118" w:type="dxa"/>
            <w:shd w:val="clear" w:color="auto" w:fill="F7F7F7"/>
          </w:tcPr>
          <w:p w14:paraId="1A6ECF4F" w14:textId="77777777" w:rsidR="00EC4DD2" w:rsidRDefault="00AC66FD">
            <w:r>
              <w:t xml:space="preserve">Gorbals Health &amp; Care Centre, 2 </w:t>
            </w:r>
            <w:proofErr w:type="spellStart"/>
            <w:r>
              <w:t>Sandiefield</w:t>
            </w:r>
            <w:proofErr w:type="spellEnd"/>
            <w:r>
              <w:t xml:space="preserve"> Road, G5 9AB</w:t>
            </w:r>
          </w:p>
        </w:tc>
        <w:tc>
          <w:tcPr>
            <w:tcW w:w="1276" w:type="dxa"/>
            <w:shd w:val="clear" w:color="auto" w:fill="F7F7F7"/>
          </w:tcPr>
          <w:p w14:paraId="6785D612" w14:textId="77777777" w:rsidR="00EC4DD2" w:rsidRDefault="00AC66FD">
            <w:r>
              <w:t>0141 201 5100</w:t>
            </w:r>
          </w:p>
        </w:tc>
        <w:tc>
          <w:tcPr>
            <w:tcW w:w="1701" w:type="dxa"/>
            <w:shd w:val="clear" w:color="auto" w:fill="F7F7F7"/>
          </w:tcPr>
          <w:p w14:paraId="61A7F779" w14:textId="77777777" w:rsidR="00EC4DD2" w:rsidRDefault="00AC66FD">
            <w:r>
              <w:t>John Wilson</w:t>
            </w:r>
          </w:p>
        </w:tc>
        <w:tc>
          <w:tcPr>
            <w:tcW w:w="2386" w:type="dxa"/>
            <w:shd w:val="clear" w:color="auto" w:fill="F7F7F7"/>
          </w:tcPr>
          <w:p w14:paraId="760A6BD2" w14:textId="77777777" w:rsidR="00EC4DD2" w:rsidRDefault="00AC66FD">
            <w:r>
              <w:t>john.wilson@alliance-scotland.org.uk</w:t>
            </w:r>
          </w:p>
        </w:tc>
      </w:tr>
      <w:tr w:rsidR="00EC4DD2" w14:paraId="17B2119E" w14:textId="77777777" w:rsidTr="00F47956">
        <w:tc>
          <w:tcPr>
            <w:tcW w:w="1384" w:type="dxa"/>
          </w:tcPr>
          <w:p w14:paraId="5CE893C2" w14:textId="77777777" w:rsidR="00EC4DD2" w:rsidRDefault="00AC66FD">
            <w:r>
              <w:t>South</w:t>
            </w:r>
          </w:p>
        </w:tc>
        <w:tc>
          <w:tcPr>
            <w:tcW w:w="2552" w:type="dxa"/>
          </w:tcPr>
          <w:p w14:paraId="03F12F10" w14:textId="77777777" w:rsidR="00EC4DD2" w:rsidRDefault="00AC66FD">
            <w:proofErr w:type="spellStart"/>
            <w:r>
              <w:t>Pollokshaws</w:t>
            </w:r>
            <w:proofErr w:type="spellEnd"/>
            <w:r>
              <w:t xml:space="preserve"> Medical Centre</w:t>
            </w:r>
          </w:p>
          <w:p w14:paraId="61A11B40" w14:textId="77777777" w:rsidR="00F47956" w:rsidRDefault="00F47956"/>
        </w:tc>
        <w:tc>
          <w:tcPr>
            <w:tcW w:w="3118" w:type="dxa"/>
          </w:tcPr>
          <w:p w14:paraId="33E93D67" w14:textId="77777777" w:rsidR="00EC4DD2" w:rsidRDefault="00AC66FD">
            <w:r>
              <w:t>26 Well Green, Shawlands, Glasgow G43 1RR</w:t>
            </w:r>
          </w:p>
        </w:tc>
        <w:tc>
          <w:tcPr>
            <w:tcW w:w="1276" w:type="dxa"/>
          </w:tcPr>
          <w:p w14:paraId="7DBFF17E" w14:textId="77777777" w:rsidR="00EC4DD2" w:rsidRDefault="00AC66FD">
            <w:r>
              <w:t>0141 620 4300</w:t>
            </w:r>
          </w:p>
        </w:tc>
        <w:tc>
          <w:tcPr>
            <w:tcW w:w="1701" w:type="dxa"/>
          </w:tcPr>
          <w:p w14:paraId="1D6204E7" w14:textId="77777777" w:rsidR="00EC4DD2" w:rsidRDefault="00AC66FD">
            <w:r>
              <w:t>Karina Baillie</w:t>
            </w:r>
          </w:p>
        </w:tc>
        <w:tc>
          <w:tcPr>
            <w:tcW w:w="2386" w:type="dxa"/>
          </w:tcPr>
          <w:p w14:paraId="13D8EB75" w14:textId="77777777" w:rsidR="00EC4DD2" w:rsidRDefault="00AC66FD">
            <w:r>
              <w:t>karina.baillie@alliance-scotland.org.uk</w:t>
            </w:r>
          </w:p>
        </w:tc>
      </w:tr>
      <w:tr w:rsidR="00EC4DD2" w14:paraId="1409D973" w14:textId="77777777" w:rsidTr="00F47956">
        <w:tc>
          <w:tcPr>
            <w:tcW w:w="1384" w:type="dxa"/>
            <w:tcBorders>
              <w:bottom w:val="single" w:sz="4" w:space="0" w:color="auto"/>
            </w:tcBorders>
            <w:shd w:val="clear" w:color="auto" w:fill="F7F7F7"/>
          </w:tcPr>
          <w:p w14:paraId="76904AFA" w14:textId="77777777" w:rsidR="00EC4DD2" w:rsidRDefault="00AC66FD">
            <w:r>
              <w:t>South</w:t>
            </w:r>
          </w:p>
        </w:tc>
        <w:tc>
          <w:tcPr>
            <w:tcW w:w="2552" w:type="dxa"/>
            <w:shd w:val="clear" w:color="auto" w:fill="F7F7F7"/>
          </w:tcPr>
          <w:p w14:paraId="52825451" w14:textId="77777777" w:rsidR="00EC4DD2" w:rsidRDefault="00AC66FD">
            <w:r>
              <w:t>Toryglen Medical Practice (formerly Dr Linda J Wright)</w:t>
            </w:r>
          </w:p>
          <w:p w14:paraId="50A8DC38" w14:textId="77777777" w:rsidR="00F47956" w:rsidRDefault="00F47956"/>
        </w:tc>
        <w:tc>
          <w:tcPr>
            <w:tcW w:w="3118" w:type="dxa"/>
            <w:shd w:val="clear" w:color="auto" w:fill="F7F7F7"/>
          </w:tcPr>
          <w:p w14:paraId="5510E73F" w14:textId="77777777" w:rsidR="00EC4DD2" w:rsidRDefault="00AC66FD">
            <w:r>
              <w:t>Toryglen Medical Centre, 20 Glenmore Avenue, Toryglen, Glasgow G42 0EH</w:t>
            </w:r>
          </w:p>
        </w:tc>
        <w:tc>
          <w:tcPr>
            <w:tcW w:w="1276" w:type="dxa"/>
            <w:shd w:val="clear" w:color="auto" w:fill="F7F7F7"/>
          </w:tcPr>
          <w:p w14:paraId="7C84606C" w14:textId="77777777" w:rsidR="00EC4DD2" w:rsidRDefault="00AC66FD">
            <w:r>
              <w:t>0141 647 3020</w:t>
            </w:r>
          </w:p>
        </w:tc>
        <w:tc>
          <w:tcPr>
            <w:tcW w:w="1701" w:type="dxa"/>
            <w:shd w:val="clear" w:color="auto" w:fill="F7F7F7"/>
          </w:tcPr>
          <w:p w14:paraId="12813D1D" w14:textId="77777777" w:rsidR="00EC4DD2" w:rsidRDefault="00AC66FD">
            <w:r>
              <w:t xml:space="preserve">Naomi </w:t>
            </w:r>
            <w:proofErr w:type="spellStart"/>
            <w:r>
              <w:t>Tattum</w:t>
            </w:r>
            <w:proofErr w:type="spellEnd"/>
          </w:p>
        </w:tc>
        <w:tc>
          <w:tcPr>
            <w:tcW w:w="2386" w:type="dxa"/>
            <w:shd w:val="clear" w:color="auto" w:fill="F7F7F7"/>
          </w:tcPr>
          <w:p w14:paraId="630E7B43" w14:textId="77777777" w:rsidR="00EC4DD2" w:rsidRDefault="00AC66FD">
            <w:r>
              <w:t>Naomi.Tattum@alliance-scotland.org.uk</w:t>
            </w:r>
          </w:p>
        </w:tc>
      </w:tr>
      <w:tr w:rsidR="00F47956" w14:paraId="5E1CC98A" w14:textId="77777777" w:rsidTr="00654E3A">
        <w:tc>
          <w:tcPr>
            <w:tcW w:w="1384" w:type="dxa"/>
            <w:vMerge w:val="restart"/>
          </w:tcPr>
          <w:p w14:paraId="051C806E" w14:textId="77777777" w:rsidR="00F47956" w:rsidRDefault="00F47956">
            <w:r>
              <w:lastRenderedPageBreak/>
              <w:t>City</w:t>
            </w:r>
            <w:r>
              <w:br/>
              <w:t>(Thematic:</w:t>
            </w:r>
            <w:r>
              <w:br/>
              <w:t>Asylum Seeker)</w:t>
            </w:r>
          </w:p>
        </w:tc>
        <w:tc>
          <w:tcPr>
            <w:tcW w:w="2552" w:type="dxa"/>
          </w:tcPr>
          <w:p w14:paraId="0F404FC1" w14:textId="77777777" w:rsidR="00F47956" w:rsidRDefault="00F47956">
            <w:r>
              <w:t>Asylum Health Bridging Team</w:t>
            </w:r>
          </w:p>
        </w:tc>
        <w:tc>
          <w:tcPr>
            <w:tcW w:w="3118" w:type="dxa"/>
          </w:tcPr>
          <w:p w14:paraId="473ADDCC" w14:textId="77777777" w:rsidR="00F47956" w:rsidRDefault="00F47956">
            <w:r>
              <w:t>Clyde House, 209 Govan Road, Glasgow G51 1HJ</w:t>
            </w:r>
          </w:p>
        </w:tc>
        <w:tc>
          <w:tcPr>
            <w:tcW w:w="1276" w:type="dxa"/>
          </w:tcPr>
          <w:p w14:paraId="2D3FADE3" w14:textId="77777777" w:rsidR="00F47956" w:rsidRDefault="00F47956">
            <w:r>
              <w:t>0141 531 1501</w:t>
            </w:r>
          </w:p>
        </w:tc>
        <w:tc>
          <w:tcPr>
            <w:tcW w:w="1701" w:type="dxa"/>
          </w:tcPr>
          <w:p w14:paraId="5D8B5903" w14:textId="77777777" w:rsidR="00F47956" w:rsidRDefault="00F47956">
            <w:r>
              <w:t>Eve Griffiths</w:t>
            </w:r>
            <w:r>
              <w:br/>
            </w:r>
          </w:p>
        </w:tc>
        <w:tc>
          <w:tcPr>
            <w:tcW w:w="2386" w:type="dxa"/>
          </w:tcPr>
          <w:p w14:paraId="51A0CFCE" w14:textId="77777777" w:rsidR="00F47956" w:rsidRDefault="00F47956">
            <w:r>
              <w:t>eve.griffiths@alliance-scotland.org.uk</w:t>
            </w:r>
          </w:p>
        </w:tc>
      </w:tr>
      <w:tr w:rsidR="00F47956" w14:paraId="718A7C86" w14:textId="77777777" w:rsidTr="00654E3A">
        <w:tc>
          <w:tcPr>
            <w:tcW w:w="1384" w:type="dxa"/>
            <w:vMerge/>
            <w:shd w:val="clear" w:color="auto" w:fill="F7F7F7"/>
          </w:tcPr>
          <w:p w14:paraId="672A6659" w14:textId="77777777" w:rsidR="00F47956" w:rsidRDefault="00F47956"/>
        </w:tc>
        <w:tc>
          <w:tcPr>
            <w:tcW w:w="2552" w:type="dxa"/>
            <w:shd w:val="clear" w:color="auto" w:fill="F7F7F7"/>
          </w:tcPr>
          <w:p w14:paraId="5504E6A1" w14:textId="77777777" w:rsidR="00F47956" w:rsidRDefault="00F47956">
            <w:proofErr w:type="spellStart"/>
            <w:r>
              <w:t>Kingspark</w:t>
            </w:r>
            <w:proofErr w:type="spellEnd"/>
            <w:r>
              <w:t xml:space="preserve"> Surgery </w:t>
            </w:r>
          </w:p>
        </w:tc>
        <w:tc>
          <w:tcPr>
            <w:tcW w:w="3118" w:type="dxa"/>
            <w:shd w:val="clear" w:color="auto" w:fill="F7F7F7"/>
          </w:tcPr>
          <w:p w14:paraId="0BB133DC" w14:textId="77777777" w:rsidR="00F47956" w:rsidRDefault="00F47956">
            <w:r>
              <w:t xml:space="preserve">274 </w:t>
            </w:r>
            <w:proofErr w:type="spellStart"/>
            <w:r>
              <w:t>Kingspark</w:t>
            </w:r>
            <w:proofErr w:type="spellEnd"/>
            <w:r>
              <w:t xml:space="preserve"> Avenue, Glasgow G44 4JE</w:t>
            </w:r>
          </w:p>
        </w:tc>
        <w:tc>
          <w:tcPr>
            <w:tcW w:w="1276" w:type="dxa"/>
            <w:shd w:val="clear" w:color="auto" w:fill="F7F7F7"/>
          </w:tcPr>
          <w:p w14:paraId="10CFADF9" w14:textId="77777777" w:rsidR="00F47956" w:rsidRDefault="00F47956">
            <w:r>
              <w:t>0141 632 1824</w:t>
            </w:r>
          </w:p>
        </w:tc>
        <w:tc>
          <w:tcPr>
            <w:tcW w:w="1701" w:type="dxa"/>
            <w:shd w:val="clear" w:color="auto" w:fill="F7F7F7"/>
          </w:tcPr>
          <w:p w14:paraId="0A37501D" w14:textId="77777777" w:rsidR="00F47956" w:rsidRDefault="00F47956"/>
        </w:tc>
        <w:tc>
          <w:tcPr>
            <w:tcW w:w="2386" w:type="dxa"/>
            <w:shd w:val="clear" w:color="auto" w:fill="F7F7F7"/>
          </w:tcPr>
          <w:p w14:paraId="5DAB6C7B" w14:textId="77777777" w:rsidR="00F47956" w:rsidRDefault="00F47956"/>
        </w:tc>
      </w:tr>
      <w:tr w:rsidR="00F47956" w14:paraId="05F12ACF" w14:textId="77777777" w:rsidTr="00654E3A">
        <w:tc>
          <w:tcPr>
            <w:tcW w:w="1384" w:type="dxa"/>
            <w:vMerge/>
          </w:tcPr>
          <w:p w14:paraId="02EB378F" w14:textId="77777777" w:rsidR="00F47956" w:rsidRDefault="00F47956"/>
        </w:tc>
        <w:tc>
          <w:tcPr>
            <w:tcW w:w="2552" w:type="dxa"/>
          </w:tcPr>
          <w:p w14:paraId="029E54EE" w14:textId="77777777" w:rsidR="00F47956" w:rsidRDefault="00F47956">
            <w:r>
              <w:t>The Khan Medical Surgery (</w:t>
            </w:r>
            <w:proofErr w:type="spellStart"/>
            <w:r>
              <w:t>Kingspark</w:t>
            </w:r>
            <w:proofErr w:type="spellEnd"/>
            <w:r>
              <w:t>)</w:t>
            </w:r>
          </w:p>
        </w:tc>
        <w:tc>
          <w:tcPr>
            <w:tcW w:w="3118" w:type="dxa"/>
          </w:tcPr>
          <w:p w14:paraId="766F82DF" w14:textId="77777777" w:rsidR="00F47956" w:rsidRDefault="00F47956">
            <w:r>
              <w:t xml:space="preserve">274 </w:t>
            </w:r>
            <w:proofErr w:type="spellStart"/>
            <w:r>
              <w:t>Kingspark</w:t>
            </w:r>
            <w:proofErr w:type="spellEnd"/>
            <w:r>
              <w:t xml:space="preserve"> Avenue, Glasgow G44 4JE</w:t>
            </w:r>
          </w:p>
        </w:tc>
        <w:tc>
          <w:tcPr>
            <w:tcW w:w="1276" w:type="dxa"/>
          </w:tcPr>
          <w:p w14:paraId="6A05A809" w14:textId="77777777" w:rsidR="00F47956" w:rsidRDefault="00F47956"/>
        </w:tc>
        <w:tc>
          <w:tcPr>
            <w:tcW w:w="1701" w:type="dxa"/>
          </w:tcPr>
          <w:p w14:paraId="5A39BBE3" w14:textId="77777777" w:rsidR="00F47956" w:rsidRDefault="00F47956"/>
        </w:tc>
        <w:tc>
          <w:tcPr>
            <w:tcW w:w="2386" w:type="dxa"/>
          </w:tcPr>
          <w:p w14:paraId="41C8F396" w14:textId="77777777" w:rsidR="00F47956" w:rsidRDefault="00F47956"/>
        </w:tc>
      </w:tr>
      <w:tr w:rsidR="00F47956" w14:paraId="1302003E" w14:textId="77777777" w:rsidTr="00654E3A">
        <w:tc>
          <w:tcPr>
            <w:tcW w:w="1384" w:type="dxa"/>
            <w:vMerge/>
            <w:shd w:val="clear" w:color="auto" w:fill="F7F7F7"/>
          </w:tcPr>
          <w:p w14:paraId="72A3D3EC" w14:textId="77777777" w:rsidR="00F47956" w:rsidRDefault="00F47956"/>
        </w:tc>
        <w:tc>
          <w:tcPr>
            <w:tcW w:w="2552" w:type="dxa"/>
            <w:shd w:val="clear" w:color="auto" w:fill="F7F7F7"/>
          </w:tcPr>
          <w:p w14:paraId="097FD8A4" w14:textId="77777777" w:rsidR="00F47956" w:rsidRDefault="00F47956">
            <w:r>
              <w:t xml:space="preserve">The Khan Medical Surgery (Farne Drive) </w:t>
            </w:r>
          </w:p>
        </w:tc>
        <w:tc>
          <w:tcPr>
            <w:tcW w:w="3118" w:type="dxa"/>
            <w:shd w:val="clear" w:color="auto" w:fill="F7F7F7"/>
          </w:tcPr>
          <w:p w14:paraId="46EB09B8" w14:textId="77777777" w:rsidR="00F47956" w:rsidRDefault="00F47956">
            <w:r>
              <w:t>59 Farne Drive, Glasgow G44 5DQ</w:t>
            </w:r>
          </w:p>
        </w:tc>
        <w:tc>
          <w:tcPr>
            <w:tcW w:w="1276" w:type="dxa"/>
            <w:shd w:val="clear" w:color="auto" w:fill="F7F7F7"/>
          </w:tcPr>
          <w:p w14:paraId="12A40816" w14:textId="77777777" w:rsidR="00F47956" w:rsidRDefault="00F47956">
            <w:r>
              <w:t>0141 414 6900</w:t>
            </w:r>
          </w:p>
        </w:tc>
        <w:tc>
          <w:tcPr>
            <w:tcW w:w="1701" w:type="dxa"/>
            <w:shd w:val="clear" w:color="auto" w:fill="F7F7F7"/>
          </w:tcPr>
          <w:p w14:paraId="0D0B940D" w14:textId="77777777" w:rsidR="00F47956" w:rsidRDefault="00F47956"/>
        </w:tc>
        <w:tc>
          <w:tcPr>
            <w:tcW w:w="2386" w:type="dxa"/>
            <w:shd w:val="clear" w:color="auto" w:fill="F7F7F7"/>
          </w:tcPr>
          <w:p w14:paraId="0E27B00A" w14:textId="77777777" w:rsidR="00F47956" w:rsidRDefault="00F47956"/>
        </w:tc>
      </w:tr>
      <w:tr w:rsidR="00F47956" w14:paraId="05136185" w14:textId="77777777" w:rsidTr="00654E3A">
        <w:tc>
          <w:tcPr>
            <w:tcW w:w="1384" w:type="dxa"/>
            <w:vMerge/>
          </w:tcPr>
          <w:p w14:paraId="60061E4C" w14:textId="77777777" w:rsidR="00F47956" w:rsidRDefault="00F47956"/>
        </w:tc>
        <w:tc>
          <w:tcPr>
            <w:tcW w:w="2552" w:type="dxa"/>
          </w:tcPr>
          <w:p w14:paraId="16B1447E" w14:textId="77777777" w:rsidR="00F47956" w:rsidRDefault="00F47956">
            <w:proofErr w:type="spellStart"/>
            <w:r>
              <w:t>Muirside</w:t>
            </w:r>
            <w:proofErr w:type="spellEnd"/>
            <w:r>
              <w:t xml:space="preserve"> Medical Practice </w:t>
            </w:r>
          </w:p>
        </w:tc>
        <w:tc>
          <w:tcPr>
            <w:tcW w:w="3118" w:type="dxa"/>
          </w:tcPr>
          <w:p w14:paraId="6AF571A1" w14:textId="77777777" w:rsidR="00F47956" w:rsidRDefault="00F47956">
            <w:r>
              <w:t xml:space="preserve">Baillieston Health Centre, 20 </w:t>
            </w:r>
            <w:proofErr w:type="spellStart"/>
            <w:r>
              <w:t>Muirside</w:t>
            </w:r>
            <w:proofErr w:type="spellEnd"/>
            <w:r>
              <w:t xml:space="preserve"> Rd, Glasgow, G69 7AD</w:t>
            </w:r>
          </w:p>
        </w:tc>
        <w:tc>
          <w:tcPr>
            <w:tcW w:w="1276" w:type="dxa"/>
          </w:tcPr>
          <w:p w14:paraId="50964E73" w14:textId="77777777" w:rsidR="00F47956" w:rsidRDefault="00F47956">
            <w:r>
              <w:t>0141 465 4343</w:t>
            </w:r>
          </w:p>
        </w:tc>
        <w:tc>
          <w:tcPr>
            <w:tcW w:w="1701" w:type="dxa"/>
          </w:tcPr>
          <w:p w14:paraId="44EAFD9C" w14:textId="77777777" w:rsidR="00F47956" w:rsidRDefault="00F47956"/>
        </w:tc>
        <w:tc>
          <w:tcPr>
            <w:tcW w:w="2386" w:type="dxa"/>
          </w:tcPr>
          <w:p w14:paraId="4B94D5A5" w14:textId="77777777" w:rsidR="00F47956" w:rsidRDefault="00F47956"/>
        </w:tc>
      </w:tr>
      <w:tr w:rsidR="00F47956" w14:paraId="023B1DBF" w14:textId="77777777" w:rsidTr="00F47956">
        <w:tc>
          <w:tcPr>
            <w:tcW w:w="1384" w:type="dxa"/>
            <w:vMerge w:val="restart"/>
            <w:shd w:val="clear" w:color="auto" w:fill="F7F7F7"/>
          </w:tcPr>
          <w:p w14:paraId="41944E0E" w14:textId="77777777" w:rsidR="00F47956" w:rsidRDefault="00F47956">
            <w:r>
              <w:t>City</w:t>
            </w:r>
            <w:r>
              <w:br/>
              <w:t>(Thematic:</w:t>
            </w:r>
            <w:r>
              <w:br/>
              <w:t>Homelessness)</w:t>
            </w:r>
          </w:p>
        </w:tc>
        <w:tc>
          <w:tcPr>
            <w:tcW w:w="2552" w:type="dxa"/>
            <w:shd w:val="clear" w:color="auto" w:fill="F7F7F7"/>
          </w:tcPr>
          <w:p w14:paraId="407C1014" w14:textId="77777777" w:rsidR="00F47956" w:rsidRDefault="00F47956">
            <w:r>
              <w:t xml:space="preserve">Barclay Medical Practice - City </w:t>
            </w:r>
          </w:p>
        </w:tc>
        <w:tc>
          <w:tcPr>
            <w:tcW w:w="3118" w:type="dxa"/>
            <w:shd w:val="clear" w:color="auto" w:fill="F7F7F7"/>
          </w:tcPr>
          <w:p w14:paraId="048274CD" w14:textId="77777777" w:rsidR="00F47956" w:rsidRDefault="00F47956">
            <w:r>
              <w:t>139 St George's Road, Glasgow G3 6JD</w:t>
            </w:r>
          </w:p>
        </w:tc>
        <w:tc>
          <w:tcPr>
            <w:tcW w:w="1276" w:type="dxa"/>
            <w:shd w:val="clear" w:color="auto" w:fill="F7F7F7"/>
          </w:tcPr>
          <w:p w14:paraId="6A26293B" w14:textId="77777777" w:rsidR="00F47956" w:rsidRDefault="00F47956">
            <w:r>
              <w:t>0141 332 9456</w:t>
            </w:r>
          </w:p>
        </w:tc>
        <w:tc>
          <w:tcPr>
            <w:tcW w:w="1701" w:type="dxa"/>
            <w:shd w:val="clear" w:color="auto" w:fill="F7F7F7"/>
          </w:tcPr>
          <w:p w14:paraId="7A65325B" w14:textId="77777777" w:rsidR="00F47956" w:rsidRDefault="00F47956">
            <w:r>
              <w:t>Jacqueline Kent</w:t>
            </w:r>
          </w:p>
        </w:tc>
        <w:tc>
          <w:tcPr>
            <w:tcW w:w="2386" w:type="dxa"/>
            <w:shd w:val="clear" w:color="auto" w:fill="F7F7F7"/>
          </w:tcPr>
          <w:p w14:paraId="6CFA35C4" w14:textId="77777777" w:rsidR="00F47956" w:rsidRDefault="00F47956">
            <w:r>
              <w:t>jacqueline.kent@alliance-scotland.org.uk</w:t>
            </w:r>
          </w:p>
        </w:tc>
      </w:tr>
      <w:tr w:rsidR="00F47956" w14:paraId="0139092F" w14:textId="77777777" w:rsidTr="00F47956">
        <w:tc>
          <w:tcPr>
            <w:tcW w:w="1384" w:type="dxa"/>
            <w:vMerge/>
          </w:tcPr>
          <w:p w14:paraId="3DEEC669" w14:textId="77777777" w:rsidR="00F47956" w:rsidRDefault="00F47956"/>
        </w:tc>
        <w:tc>
          <w:tcPr>
            <w:tcW w:w="2552" w:type="dxa"/>
          </w:tcPr>
          <w:p w14:paraId="76CDE18B" w14:textId="77777777" w:rsidR="00F47956" w:rsidRDefault="00F47956">
            <w:r>
              <w:t>Drs Adair, Denholm &amp; Pugh</w:t>
            </w:r>
          </w:p>
        </w:tc>
        <w:tc>
          <w:tcPr>
            <w:tcW w:w="3118" w:type="dxa"/>
          </w:tcPr>
          <w:p w14:paraId="005A301E" w14:textId="77777777" w:rsidR="00F47956" w:rsidRDefault="00F47956">
            <w:r>
              <w:t xml:space="preserve">Woodside Health Centre, 891 </w:t>
            </w:r>
            <w:proofErr w:type="spellStart"/>
            <w:r>
              <w:t>Garscube</w:t>
            </w:r>
            <w:proofErr w:type="spellEnd"/>
            <w:r>
              <w:t xml:space="preserve"> Road, Glasgow G20 7ER</w:t>
            </w:r>
          </w:p>
        </w:tc>
        <w:tc>
          <w:tcPr>
            <w:tcW w:w="1276" w:type="dxa"/>
          </w:tcPr>
          <w:p w14:paraId="547AF2A6" w14:textId="77777777" w:rsidR="00F47956" w:rsidRDefault="00F47956">
            <w:r>
              <w:t>0141 201 5580</w:t>
            </w:r>
          </w:p>
        </w:tc>
        <w:tc>
          <w:tcPr>
            <w:tcW w:w="1701" w:type="dxa"/>
          </w:tcPr>
          <w:p w14:paraId="3656B9AB" w14:textId="77777777" w:rsidR="00F47956" w:rsidRDefault="00F47956"/>
        </w:tc>
        <w:tc>
          <w:tcPr>
            <w:tcW w:w="2386" w:type="dxa"/>
          </w:tcPr>
          <w:p w14:paraId="45FB0818" w14:textId="77777777" w:rsidR="00F47956" w:rsidRDefault="00F47956"/>
        </w:tc>
      </w:tr>
      <w:tr w:rsidR="00F47956" w14:paraId="6D0727C9" w14:textId="77777777" w:rsidTr="00F47956">
        <w:tc>
          <w:tcPr>
            <w:tcW w:w="1384" w:type="dxa"/>
            <w:vMerge/>
            <w:shd w:val="clear" w:color="auto" w:fill="F7F7F7"/>
          </w:tcPr>
          <w:p w14:paraId="049F31CB" w14:textId="77777777" w:rsidR="00F47956" w:rsidRDefault="00F47956"/>
        </w:tc>
        <w:tc>
          <w:tcPr>
            <w:tcW w:w="2552" w:type="dxa"/>
            <w:shd w:val="clear" w:color="auto" w:fill="F7F7F7"/>
          </w:tcPr>
          <w:p w14:paraId="5279A951" w14:textId="77777777" w:rsidR="00F47956" w:rsidRDefault="00F47956">
            <w:r>
              <w:t>Buckingham Terrace Medical Practice</w:t>
            </w:r>
          </w:p>
        </w:tc>
        <w:tc>
          <w:tcPr>
            <w:tcW w:w="3118" w:type="dxa"/>
            <w:shd w:val="clear" w:color="auto" w:fill="F7F7F7"/>
          </w:tcPr>
          <w:p w14:paraId="7C93C1F8" w14:textId="77777777" w:rsidR="00F47956" w:rsidRDefault="00F47956">
            <w:r>
              <w:t>31 Buckingham Terrace, Glasgow G12 8ED</w:t>
            </w:r>
          </w:p>
        </w:tc>
        <w:tc>
          <w:tcPr>
            <w:tcW w:w="1276" w:type="dxa"/>
            <w:shd w:val="clear" w:color="auto" w:fill="F7F7F7"/>
          </w:tcPr>
          <w:p w14:paraId="09A9D2AD" w14:textId="77777777" w:rsidR="00F47956" w:rsidRDefault="00F47956">
            <w:r>
              <w:t>0141 211 6210</w:t>
            </w:r>
          </w:p>
        </w:tc>
        <w:tc>
          <w:tcPr>
            <w:tcW w:w="1701" w:type="dxa"/>
            <w:shd w:val="clear" w:color="auto" w:fill="F7F7F7"/>
          </w:tcPr>
          <w:p w14:paraId="53128261" w14:textId="77777777" w:rsidR="00F47956" w:rsidRDefault="00F47956"/>
        </w:tc>
        <w:tc>
          <w:tcPr>
            <w:tcW w:w="2386" w:type="dxa"/>
            <w:shd w:val="clear" w:color="auto" w:fill="F7F7F7"/>
          </w:tcPr>
          <w:p w14:paraId="62486C05" w14:textId="77777777" w:rsidR="00F47956" w:rsidRDefault="00F47956"/>
        </w:tc>
      </w:tr>
    </w:tbl>
    <w:p w14:paraId="0AFA5BA0" w14:textId="77777777" w:rsidR="00AC66FD" w:rsidRDefault="00AC66FD"/>
    <w:sectPr w:rsidR="00AC66FD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31258763">
    <w:abstractNumId w:val="8"/>
  </w:num>
  <w:num w:numId="2" w16cid:durableId="767122758">
    <w:abstractNumId w:val="6"/>
  </w:num>
  <w:num w:numId="3" w16cid:durableId="571938620">
    <w:abstractNumId w:val="5"/>
  </w:num>
  <w:num w:numId="4" w16cid:durableId="1195654325">
    <w:abstractNumId w:val="4"/>
  </w:num>
  <w:num w:numId="5" w16cid:durableId="1871262159">
    <w:abstractNumId w:val="7"/>
  </w:num>
  <w:num w:numId="6" w16cid:durableId="1732268746">
    <w:abstractNumId w:val="3"/>
  </w:num>
  <w:num w:numId="7" w16cid:durableId="1089044178">
    <w:abstractNumId w:val="2"/>
  </w:num>
  <w:num w:numId="8" w16cid:durableId="360907799">
    <w:abstractNumId w:val="1"/>
  </w:num>
  <w:num w:numId="9" w16cid:durableId="105080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5D4E"/>
    <w:rsid w:val="00131613"/>
    <w:rsid w:val="0015074B"/>
    <w:rsid w:val="00196C3B"/>
    <w:rsid w:val="001C170E"/>
    <w:rsid w:val="0029639D"/>
    <w:rsid w:val="00326F90"/>
    <w:rsid w:val="00AA1D8D"/>
    <w:rsid w:val="00AC66FD"/>
    <w:rsid w:val="00B47730"/>
    <w:rsid w:val="00CB0664"/>
    <w:rsid w:val="00D85326"/>
    <w:rsid w:val="00DA6264"/>
    <w:rsid w:val="00E260A2"/>
    <w:rsid w:val="00EC4DD2"/>
    <w:rsid w:val="00EC6CB8"/>
    <w:rsid w:val="00F47956"/>
    <w:rsid w:val="00FA371F"/>
    <w:rsid w:val="00FC693F"/>
    <w:rsid w:val="72B57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AAA31B46-C6D6-408C-88F2-B201C0E4F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F4795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79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lizabeth.McQueen@alliance-scotland.org.u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2233</Words>
  <Characters>12732</Characters>
  <Application>Microsoft Office Word</Application>
  <DocSecurity>2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14936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Miller</dc:creator>
  <cp:keywords/>
  <dc:description>generated by python-docx</dc:description>
  <cp:lastModifiedBy>Brian McEwan</cp:lastModifiedBy>
  <cp:revision>6</cp:revision>
  <cp:lastPrinted>2026-09-18T09:22:00Z</cp:lastPrinted>
  <dcterms:created xsi:type="dcterms:W3CDTF">2026-09-02T16:00:00Z</dcterms:created>
  <dcterms:modified xsi:type="dcterms:W3CDTF">2026-09-18T09:23:00Z</dcterms:modified>
  <cp:category/>
</cp:coreProperties>
</file>