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C7537" w14:textId="2681056F" w:rsidR="00182B85" w:rsidRDefault="00182B85" w:rsidP="00182B85">
      <w:pPr>
        <w:pStyle w:val="Title"/>
      </w:pPr>
      <w:r>
        <w:t>West Dunbartonshire CLP Directory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8"/>
        <w:gridCol w:w="2448"/>
        <w:gridCol w:w="2448"/>
        <w:gridCol w:w="2448"/>
        <w:gridCol w:w="2605"/>
      </w:tblGrid>
      <w:tr w:rsidR="008733CE" w14:paraId="22F6DC85" w14:textId="77777777" w:rsidTr="00182B85">
        <w:tc>
          <w:tcPr>
            <w:tcW w:w="2448" w:type="dxa"/>
            <w:shd w:val="clear" w:color="auto" w:fill="DBE5F1" w:themeFill="accent1" w:themeFillTint="33"/>
          </w:tcPr>
          <w:p w14:paraId="334F5A36" w14:textId="77777777" w:rsidR="008733CE" w:rsidRPr="00182B85" w:rsidRDefault="00C05BFA">
            <w:r w:rsidRPr="00182B85">
              <w:rPr>
                <w:b/>
              </w:rPr>
              <w:t>Practice</w:t>
            </w:r>
          </w:p>
        </w:tc>
        <w:tc>
          <w:tcPr>
            <w:tcW w:w="2448" w:type="dxa"/>
            <w:shd w:val="clear" w:color="auto" w:fill="DBE5F1" w:themeFill="accent1" w:themeFillTint="33"/>
          </w:tcPr>
          <w:p w14:paraId="0644A555" w14:textId="77777777" w:rsidR="008733CE" w:rsidRPr="00182B85" w:rsidRDefault="00C05BFA">
            <w:r w:rsidRPr="00182B85">
              <w:rPr>
                <w:b/>
              </w:rPr>
              <w:t>Practice Address</w:t>
            </w:r>
          </w:p>
        </w:tc>
        <w:tc>
          <w:tcPr>
            <w:tcW w:w="2448" w:type="dxa"/>
            <w:shd w:val="clear" w:color="auto" w:fill="DBE5F1" w:themeFill="accent1" w:themeFillTint="33"/>
          </w:tcPr>
          <w:p w14:paraId="12876DF2" w14:textId="77777777" w:rsidR="008733CE" w:rsidRPr="00182B85" w:rsidRDefault="00C05BFA">
            <w:r w:rsidRPr="00182B85">
              <w:rPr>
                <w:b/>
              </w:rPr>
              <w:t>Practice Phone</w:t>
            </w:r>
          </w:p>
        </w:tc>
        <w:tc>
          <w:tcPr>
            <w:tcW w:w="2448" w:type="dxa"/>
            <w:shd w:val="clear" w:color="auto" w:fill="DBE5F1" w:themeFill="accent1" w:themeFillTint="33"/>
          </w:tcPr>
          <w:p w14:paraId="70919C00" w14:textId="367C9162" w:rsidR="008733CE" w:rsidRPr="00182B85" w:rsidRDefault="00182B85">
            <w:r>
              <w:rPr>
                <w:b/>
              </w:rPr>
              <w:t>Community Link Worker (CLW)</w:t>
            </w:r>
          </w:p>
        </w:tc>
        <w:tc>
          <w:tcPr>
            <w:tcW w:w="2448" w:type="dxa"/>
            <w:shd w:val="clear" w:color="auto" w:fill="DBE5F1" w:themeFill="accent1" w:themeFillTint="33"/>
          </w:tcPr>
          <w:p w14:paraId="1D1AA9F5" w14:textId="1C2607EE" w:rsidR="008733CE" w:rsidRPr="00182B85" w:rsidRDefault="00182B85">
            <w:r>
              <w:rPr>
                <w:b/>
              </w:rPr>
              <w:t>CLW Email</w:t>
            </w:r>
          </w:p>
        </w:tc>
      </w:tr>
      <w:tr w:rsidR="008733CE" w14:paraId="18CF2657" w14:textId="77777777">
        <w:tc>
          <w:tcPr>
            <w:tcW w:w="2448" w:type="dxa"/>
          </w:tcPr>
          <w:p w14:paraId="73769CDA" w14:textId="77777777" w:rsidR="008733CE" w:rsidRDefault="00C05BFA">
            <w:r>
              <w:t>Red Wing Medical Practice</w:t>
            </w:r>
          </w:p>
        </w:tc>
        <w:tc>
          <w:tcPr>
            <w:tcW w:w="2448" w:type="dxa"/>
          </w:tcPr>
          <w:p w14:paraId="286C3C6D" w14:textId="77777777" w:rsidR="008733CE" w:rsidRDefault="00C05BFA">
            <w:r>
              <w:t>Clydebank Health &amp; Care Centre, Queens Quay Main Avenue, Clydebank G81 1BS</w:t>
            </w:r>
          </w:p>
        </w:tc>
        <w:tc>
          <w:tcPr>
            <w:tcW w:w="2448" w:type="dxa"/>
          </w:tcPr>
          <w:p w14:paraId="5B56E45C" w14:textId="77777777" w:rsidR="008733CE" w:rsidRDefault="00C05BFA">
            <w:r>
              <w:t>0141 531 6475</w:t>
            </w:r>
          </w:p>
        </w:tc>
        <w:tc>
          <w:tcPr>
            <w:tcW w:w="2448" w:type="dxa"/>
          </w:tcPr>
          <w:p w14:paraId="2F837131" w14:textId="77777777" w:rsidR="008733CE" w:rsidRDefault="00C05BFA">
            <w:r>
              <w:t>Janet Back</w:t>
            </w:r>
          </w:p>
        </w:tc>
        <w:tc>
          <w:tcPr>
            <w:tcW w:w="2448" w:type="dxa"/>
          </w:tcPr>
          <w:p w14:paraId="609A417C" w14:textId="77777777" w:rsidR="008733CE" w:rsidRDefault="00C05BFA">
            <w:r>
              <w:t>janet.back@alliance-scotland.org.uk</w:t>
            </w:r>
          </w:p>
        </w:tc>
      </w:tr>
      <w:tr w:rsidR="008733CE" w14:paraId="1A3F97F1" w14:textId="77777777">
        <w:tc>
          <w:tcPr>
            <w:tcW w:w="2448" w:type="dxa"/>
            <w:shd w:val="clear" w:color="auto" w:fill="EAF2F8"/>
          </w:tcPr>
          <w:p w14:paraId="5DFE877C" w14:textId="77777777" w:rsidR="008733CE" w:rsidRDefault="00C05BFA">
            <w:r>
              <w:t>Old Kilpatrick Medical Practice (EV)</w:t>
            </w:r>
          </w:p>
        </w:tc>
        <w:tc>
          <w:tcPr>
            <w:tcW w:w="2448" w:type="dxa"/>
            <w:shd w:val="clear" w:color="auto" w:fill="EAF2F8"/>
          </w:tcPr>
          <w:p w14:paraId="08A07C83" w14:textId="77777777" w:rsidR="008733CE" w:rsidRDefault="00C05BFA">
            <w:r>
              <w:t>Erskine View, Old Kilpatrick, G60 5JG</w:t>
            </w:r>
          </w:p>
        </w:tc>
        <w:tc>
          <w:tcPr>
            <w:tcW w:w="2448" w:type="dxa"/>
            <w:shd w:val="clear" w:color="auto" w:fill="EAF2F8"/>
          </w:tcPr>
          <w:p w14:paraId="0FD5669D" w14:textId="77777777" w:rsidR="008733CE" w:rsidRDefault="00C05BFA">
            <w:r>
              <w:t>01389 315800</w:t>
            </w:r>
          </w:p>
        </w:tc>
        <w:tc>
          <w:tcPr>
            <w:tcW w:w="2448" w:type="dxa"/>
            <w:shd w:val="clear" w:color="auto" w:fill="EAF2F8"/>
          </w:tcPr>
          <w:p w14:paraId="08CE5148" w14:textId="77777777" w:rsidR="008733CE" w:rsidRDefault="00C05BFA">
            <w:r>
              <w:t>Syeda Ali</w:t>
            </w:r>
          </w:p>
        </w:tc>
        <w:tc>
          <w:tcPr>
            <w:tcW w:w="2448" w:type="dxa"/>
            <w:shd w:val="clear" w:color="auto" w:fill="EAF2F8"/>
          </w:tcPr>
          <w:p w14:paraId="6E10EC21" w14:textId="77777777" w:rsidR="008733CE" w:rsidRDefault="00C05BFA">
            <w:r>
              <w:t>syeda.ali@alliance-scotland.org.uk</w:t>
            </w:r>
          </w:p>
        </w:tc>
      </w:tr>
      <w:tr w:rsidR="008733CE" w14:paraId="3907E866" w14:textId="77777777">
        <w:tc>
          <w:tcPr>
            <w:tcW w:w="2448" w:type="dxa"/>
          </w:tcPr>
          <w:p w14:paraId="14B4A609" w14:textId="77777777" w:rsidR="008733CE" w:rsidRDefault="00C05BFA">
            <w:r>
              <w:t>Dr McDevitt &amp; Partners (Green)</w:t>
            </w:r>
          </w:p>
        </w:tc>
        <w:tc>
          <w:tcPr>
            <w:tcW w:w="2448" w:type="dxa"/>
          </w:tcPr>
          <w:p w14:paraId="7152648F" w14:textId="77777777" w:rsidR="008733CE" w:rsidRDefault="00C05BFA">
            <w:r>
              <w:t>Clydebank Health &amp; Care Centre, Queens Quay Main Avenue, Clydebank G81 1BS</w:t>
            </w:r>
          </w:p>
        </w:tc>
        <w:tc>
          <w:tcPr>
            <w:tcW w:w="2448" w:type="dxa"/>
          </w:tcPr>
          <w:p w14:paraId="00E8B21F" w14:textId="77777777" w:rsidR="008733CE" w:rsidRDefault="00C05BFA">
            <w:r>
              <w:t>0141 531 6425</w:t>
            </w:r>
          </w:p>
        </w:tc>
        <w:tc>
          <w:tcPr>
            <w:tcW w:w="2448" w:type="dxa"/>
          </w:tcPr>
          <w:p w14:paraId="7A05FF96" w14:textId="77777777" w:rsidR="008733CE" w:rsidRDefault="00C05BFA">
            <w:r>
              <w:t>Diana Collins</w:t>
            </w:r>
          </w:p>
        </w:tc>
        <w:tc>
          <w:tcPr>
            <w:tcW w:w="2448" w:type="dxa"/>
          </w:tcPr>
          <w:p w14:paraId="532B23C4" w14:textId="77777777" w:rsidR="008733CE" w:rsidRDefault="00C05BFA">
            <w:r>
              <w:t>diana.collins@alliance-scotland.org.uk</w:t>
            </w:r>
          </w:p>
        </w:tc>
      </w:tr>
      <w:tr w:rsidR="008733CE" w14:paraId="236129C5" w14:textId="77777777">
        <w:tc>
          <w:tcPr>
            <w:tcW w:w="2448" w:type="dxa"/>
            <w:shd w:val="clear" w:color="auto" w:fill="EAF2F8"/>
          </w:tcPr>
          <w:p w14:paraId="7F6B74DB" w14:textId="77777777" w:rsidR="008733CE" w:rsidRDefault="00C05BFA">
            <w:r>
              <w:t>Blue Wing Medical Practice</w:t>
            </w:r>
          </w:p>
        </w:tc>
        <w:tc>
          <w:tcPr>
            <w:tcW w:w="2448" w:type="dxa"/>
            <w:shd w:val="clear" w:color="auto" w:fill="EAF2F8"/>
          </w:tcPr>
          <w:p w14:paraId="586EF3A9" w14:textId="77777777" w:rsidR="008733CE" w:rsidRDefault="00C05BFA">
            <w:r>
              <w:t>Clydebank Health &amp; Care Centre, Queens Quay Main Avenue, Clydebank G81 1BS</w:t>
            </w:r>
          </w:p>
        </w:tc>
        <w:tc>
          <w:tcPr>
            <w:tcW w:w="2448" w:type="dxa"/>
            <w:shd w:val="clear" w:color="auto" w:fill="EAF2F8"/>
          </w:tcPr>
          <w:p w14:paraId="33868F35" w14:textId="77777777" w:rsidR="008733CE" w:rsidRDefault="00C05BFA">
            <w:r>
              <w:t>0141 473 2323</w:t>
            </w:r>
          </w:p>
        </w:tc>
        <w:tc>
          <w:tcPr>
            <w:tcW w:w="2448" w:type="dxa"/>
            <w:shd w:val="clear" w:color="auto" w:fill="EAF2F8"/>
          </w:tcPr>
          <w:p w14:paraId="4C30C4E9" w14:textId="77777777" w:rsidR="008733CE" w:rsidRDefault="00C05BFA">
            <w:r>
              <w:t>Janet Back</w:t>
            </w:r>
          </w:p>
        </w:tc>
        <w:tc>
          <w:tcPr>
            <w:tcW w:w="2448" w:type="dxa"/>
            <w:shd w:val="clear" w:color="auto" w:fill="EAF2F8"/>
          </w:tcPr>
          <w:p w14:paraId="05FF04A0" w14:textId="77777777" w:rsidR="008733CE" w:rsidRDefault="00C05BFA">
            <w:r>
              <w:t>janet.back@alliance-scotland.org.uk</w:t>
            </w:r>
          </w:p>
        </w:tc>
      </w:tr>
      <w:tr w:rsidR="008733CE" w14:paraId="2074411F" w14:textId="77777777">
        <w:tc>
          <w:tcPr>
            <w:tcW w:w="2448" w:type="dxa"/>
          </w:tcPr>
          <w:p w14:paraId="618C3485" w14:textId="77777777" w:rsidR="008733CE" w:rsidRDefault="00C05BFA">
            <w:r>
              <w:t>Dr K J Moffat &amp; Partners (Orange)</w:t>
            </w:r>
          </w:p>
        </w:tc>
        <w:tc>
          <w:tcPr>
            <w:tcW w:w="2448" w:type="dxa"/>
          </w:tcPr>
          <w:p w14:paraId="5AC7B6DE" w14:textId="77777777" w:rsidR="008733CE" w:rsidRDefault="00C05BFA">
            <w:r>
              <w:t>Clydebank Health &amp; Care Centre, Queens Quay Main Avenue, Clydebank G81 1BS</w:t>
            </w:r>
          </w:p>
        </w:tc>
        <w:tc>
          <w:tcPr>
            <w:tcW w:w="2448" w:type="dxa"/>
          </w:tcPr>
          <w:p w14:paraId="3ABF59B6" w14:textId="77777777" w:rsidR="008733CE" w:rsidRDefault="00C05BFA">
            <w:r>
              <w:t>0141 531 6440</w:t>
            </w:r>
          </w:p>
        </w:tc>
        <w:tc>
          <w:tcPr>
            <w:tcW w:w="2448" w:type="dxa"/>
          </w:tcPr>
          <w:p w14:paraId="59E166A5" w14:textId="77777777" w:rsidR="008733CE" w:rsidRDefault="00C05BFA">
            <w:r>
              <w:t>Martin Harkins</w:t>
            </w:r>
          </w:p>
        </w:tc>
        <w:tc>
          <w:tcPr>
            <w:tcW w:w="2448" w:type="dxa"/>
          </w:tcPr>
          <w:p w14:paraId="372BA561" w14:textId="77777777" w:rsidR="008733CE" w:rsidRDefault="00C05BFA">
            <w:r>
              <w:t>martin.harkins@alliance-scotland.org.uk</w:t>
            </w:r>
          </w:p>
        </w:tc>
      </w:tr>
      <w:tr w:rsidR="008733CE" w14:paraId="5661971F" w14:textId="77777777">
        <w:tc>
          <w:tcPr>
            <w:tcW w:w="2448" w:type="dxa"/>
            <w:shd w:val="clear" w:color="auto" w:fill="EAF2F8"/>
          </w:tcPr>
          <w:p w14:paraId="26F315A9" w14:textId="77777777" w:rsidR="008733CE" w:rsidRDefault="00C05BFA">
            <w:r>
              <w:t>Dr Chalmers &amp; Partners (Yellow)</w:t>
            </w:r>
          </w:p>
        </w:tc>
        <w:tc>
          <w:tcPr>
            <w:tcW w:w="2448" w:type="dxa"/>
            <w:shd w:val="clear" w:color="auto" w:fill="EAF2F8"/>
          </w:tcPr>
          <w:p w14:paraId="5692AE3D" w14:textId="77777777" w:rsidR="008733CE" w:rsidRDefault="00C05BFA">
            <w:r>
              <w:t>Clydebank Health &amp; Care Centre, Queens Quay Main Avenue, Clydebank G81 1BS</w:t>
            </w:r>
          </w:p>
        </w:tc>
        <w:tc>
          <w:tcPr>
            <w:tcW w:w="2448" w:type="dxa"/>
            <w:shd w:val="clear" w:color="auto" w:fill="EAF2F8"/>
          </w:tcPr>
          <w:p w14:paraId="54333CB1" w14:textId="77777777" w:rsidR="008733CE" w:rsidRDefault="00C05BFA">
            <w:r>
              <w:t>0141 531 6490</w:t>
            </w:r>
          </w:p>
        </w:tc>
        <w:tc>
          <w:tcPr>
            <w:tcW w:w="2448" w:type="dxa"/>
            <w:shd w:val="clear" w:color="auto" w:fill="EAF2F8"/>
          </w:tcPr>
          <w:p w14:paraId="4CAC26AB" w14:textId="77777777" w:rsidR="008733CE" w:rsidRDefault="00C05BFA">
            <w:r>
              <w:t>Martin Harkins</w:t>
            </w:r>
          </w:p>
        </w:tc>
        <w:tc>
          <w:tcPr>
            <w:tcW w:w="2448" w:type="dxa"/>
            <w:shd w:val="clear" w:color="auto" w:fill="EAF2F8"/>
          </w:tcPr>
          <w:p w14:paraId="03545C32" w14:textId="77777777" w:rsidR="008733CE" w:rsidRDefault="00C05BFA">
            <w:r>
              <w:t>martin.harkins@alliance-scotland.org.uk</w:t>
            </w:r>
          </w:p>
        </w:tc>
      </w:tr>
      <w:tr w:rsidR="008733CE" w14:paraId="23C5F64F" w14:textId="77777777">
        <w:tc>
          <w:tcPr>
            <w:tcW w:w="2448" w:type="dxa"/>
          </w:tcPr>
          <w:p w14:paraId="78EF5980" w14:textId="77777777" w:rsidR="008733CE" w:rsidRDefault="00C05BFA">
            <w:r>
              <w:t>Dr A Rai &amp; Partners (Purple)</w:t>
            </w:r>
          </w:p>
        </w:tc>
        <w:tc>
          <w:tcPr>
            <w:tcW w:w="2448" w:type="dxa"/>
          </w:tcPr>
          <w:p w14:paraId="11498128" w14:textId="77777777" w:rsidR="008733CE" w:rsidRDefault="00C05BFA">
            <w:r>
              <w:t>Clydebank Health &amp; Care Centre, Queens Quay Main Avenue, Clydebank G81 1BS</w:t>
            </w:r>
          </w:p>
        </w:tc>
        <w:tc>
          <w:tcPr>
            <w:tcW w:w="2448" w:type="dxa"/>
          </w:tcPr>
          <w:p w14:paraId="4BECA689" w14:textId="77777777" w:rsidR="008733CE" w:rsidRDefault="00C05BFA">
            <w:r>
              <w:t>0141 531 6464</w:t>
            </w:r>
          </w:p>
        </w:tc>
        <w:tc>
          <w:tcPr>
            <w:tcW w:w="2448" w:type="dxa"/>
          </w:tcPr>
          <w:p w14:paraId="50BDA8CA" w14:textId="77777777" w:rsidR="008733CE" w:rsidRDefault="00C05BFA">
            <w:r>
              <w:t>Diana Collins</w:t>
            </w:r>
          </w:p>
        </w:tc>
        <w:tc>
          <w:tcPr>
            <w:tcW w:w="2448" w:type="dxa"/>
          </w:tcPr>
          <w:p w14:paraId="1701311D" w14:textId="77777777" w:rsidR="008733CE" w:rsidRDefault="00C05BFA">
            <w:r>
              <w:t>diana.collins@alliance-scotland.org.uk</w:t>
            </w:r>
          </w:p>
        </w:tc>
      </w:tr>
      <w:tr w:rsidR="008733CE" w14:paraId="09B82603" w14:textId="77777777">
        <w:tc>
          <w:tcPr>
            <w:tcW w:w="2448" w:type="dxa"/>
            <w:shd w:val="clear" w:color="auto" w:fill="EAF2F8"/>
          </w:tcPr>
          <w:p w14:paraId="7C870731" w14:textId="77777777" w:rsidR="008733CE" w:rsidRDefault="00C05BFA">
            <w:r>
              <w:t>Alcluith Medical Practice</w:t>
            </w:r>
          </w:p>
        </w:tc>
        <w:tc>
          <w:tcPr>
            <w:tcW w:w="2448" w:type="dxa"/>
            <w:shd w:val="clear" w:color="auto" w:fill="EAF2F8"/>
          </w:tcPr>
          <w:p w14:paraId="632BE27A" w14:textId="77777777" w:rsidR="008733CE" w:rsidRDefault="00C05BFA">
            <w:r>
              <w:t>Health Centre, Station Road, Dumbarton, G82 1PW</w:t>
            </w:r>
          </w:p>
        </w:tc>
        <w:tc>
          <w:tcPr>
            <w:tcW w:w="2448" w:type="dxa"/>
            <w:shd w:val="clear" w:color="auto" w:fill="EAF2F8"/>
          </w:tcPr>
          <w:p w14:paraId="259C4FF1" w14:textId="77777777" w:rsidR="008733CE" w:rsidRDefault="00C05BFA">
            <w:r>
              <w:t>01389 811821/811820</w:t>
            </w:r>
          </w:p>
        </w:tc>
        <w:tc>
          <w:tcPr>
            <w:tcW w:w="2448" w:type="dxa"/>
            <w:shd w:val="clear" w:color="auto" w:fill="EAF2F8"/>
          </w:tcPr>
          <w:p w14:paraId="78B3A06C" w14:textId="77777777" w:rsidR="008733CE" w:rsidRDefault="00C05BFA">
            <w:r>
              <w:t>Janet Back</w:t>
            </w:r>
          </w:p>
        </w:tc>
        <w:tc>
          <w:tcPr>
            <w:tcW w:w="2448" w:type="dxa"/>
            <w:shd w:val="clear" w:color="auto" w:fill="EAF2F8"/>
          </w:tcPr>
          <w:p w14:paraId="1E1E4134" w14:textId="77777777" w:rsidR="008733CE" w:rsidRDefault="00C05BFA">
            <w:r>
              <w:t>janet.back@alliance-scotland.org.uk</w:t>
            </w:r>
          </w:p>
        </w:tc>
      </w:tr>
      <w:tr w:rsidR="008733CE" w14:paraId="1DAEFA90" w14:textId="77777777">
        <w:tc>
          <w:tcPr>
            <w:tcW w:w="2448" w:type="dxa"/>
          </w:tcPr>
          <w:p w14:paraId="7896E474" w14:textId="77777777" w:rsidR="008733CE" w:rsidRDefault="00C05BFA">
            <w:r>
              <w:lastRenderedPageBreak/>
              <w:t>The Riverbank Practice</w:t>
            </w:r>
          </w:p>
        </w:tc>
        <w:tc>
          <w:tcPr>
            <w:tcW w:w="2448" w:type="dxa"/>
          </w:tcPr>
          <w:p w14:paraId="4FC72C27" w14:textId="77777777" w:rsidR="008733CE" w:rsidRDefault="00C05BFA">
            <w:r>
              <w:t>Health Centre, Station Road, Dumbarton, G82 1PW</w:t>
            </w:r>
          </w:p>
        </w:tc>
        <w:tc>
          <w:tcPr>
            <w:tcW w:w="2448" w:type="dxa"/>
          </w:tcPr>
          <w:p w14:paraId="26F5B14E" w14:textId="77777777" w:rsidR="008733CE" w:rsidRDefault="00C05BFA">
            <w:r>
              <w:t>01389 811862</w:t>
            </w:r>
          </w:p>
        </w:tc>
        <w:tc>
          <w:tcPr>
            <w:tcW w:w="2448" w:type="dxa"/>
          </w:tcPr>
          <w:p w14:paraId="3A9FCEB5" w14:textId="77777777" w:rsidR="008733CE" w:rsidRDefault="00C05BFA">
            <w:r>
              <w:t>Laura Haining</w:t>
            </w:r>
          </w:p>
        </w:tc>
        <w:tc>
          <w:tcPr>
            <w:tcW w:w="2448" w:type="dxa"/>
          </w:tcPr>
          <w:p w14:paraId="1FC9D9A3" w14:textId="77777777" w:rsidR="008733CE" w:rsidRDefault="00C05BFA">
            <w:r>
              <w:t>laura.haining@alliance-scotland.org.uk</w:t>
            </w:r>
          </w:p>
        </w:tc>
      </w:tr>
      <w:tr w:rsidR="008733CE" w14:paraId="2AC2A092" w14:textId="77777777">
        <w:tc>
          <w:tcPr>
            <w:tcW w:w="2448" w:type="dxa"/>
            <w:shd w:val="clear" w:color="auto" w:fill="EAF2F8"/>
          </w:tcPr>
          <w:p w14:paraId="5CCF3091" w14:textId="77777777" w:rsidR="008733CE" w:rsidRDefault="00C05BFA">
            <w:r>
              <w:t>Levenside Medical Practice</w:t>
            </w:r>
          </w:p>
        </w:tc>
        <w:tc>
          <w:tcPr>
            <w:tcW w:w="2448" w:type="dxa"/>
            <w:shd w:val="clear" w:color="auto" w:fill="EAF2F8"/>
          </w:tcPr>
          <w:p w14:paraId="138704BE" w14:textId="77777777" w:rsidR="008733CE" w:rsidRDefault="00C05BFA">
            <w:r>
              <w:t>Health Centre, Station Road, Dumbarton, G82 1PW</w:t>
            </w:r>
          </w:p>
        </w:tc>
        <w:tc>
          <w:tcPr>
            <w:tcW w:w="2448" w:type="dxa"/>
            <w:shd w:val="clear" w:color="auto" w:fill="EAF2F8"/>
          </w:tcPr>
          <w:p w14:paraId="3DCDAD3D" w14:textId="77777777" w:rsidR="008733CE" w:rsidRDefault="00C05BFA">
            <w:r>
              <w:t>01389 811844</w:t>
            </w:r>
          </w:p>
        </w:tc>
        <w:tc>
          <w:tcPr>
            <w:tcW w:w="2448" w:type="dxa"/>
            <w:shd w:val="clear" w:color="auto" w:fill="EAF2F8"/>
          </w:tcPr>
          <w:p w14:paraId="167BCA30" w14:textId="77777777" w:rsidR="008733CE" w:rsidRDefault="00C05BFA">
            <w:r>
              <w:t>Syeda Ali</w:t>
            </w:r>
          </w:p>
        </w:tc>
        <w:tc>
          <w:tcPr>
            <w:tcW w:w="2448" w:type="dxa"/>
            <w:shd w:val="clear" w:color="auto" w:fill="EAF2F8"/>
          </w:tcPr>
          <w:p w14:paraId="260862CA" w14:textId="77777777" w:rsidR="008733CE" w:rsidRDefault="00C05BFA">
            <w:r>
              <w:t>syeda.ali@alliance-scotland.org.uk</w:t>
            </w:r>
          </w:p>
        </w:tc>
      </w:tr>
      <w:tr w:rsidR="008733CE" w14:paraId="08477C13" w14:textId="77777777">
        <w:tc>
          <w:tcPr>
            <w:tcW w:w="2448" w:type="dxa"/>
          </w:tcPr>
          <w:p w14:paraId="0796DBEE" w14:textId="77777777" w:rsidR="008733CE" w:rsidRDefault="00C05BFA">
            <w:r>
              <w:t>Drs McDevitt &amp; Neilson</w:t>
            </w:r>
          </w:p>
        </w:tc>
        <w:tc>
          <w:tcPr>
            <w:tcW w:w="2448" w:type="dxa"/>
          </w:tcPr>
          <w:p w14:paraId="417FF99A" w14:textId="77777777" w:rsidR="008733CE" w:rsidRDefault="00C05BFA">
            <w:r>
              <w:t>Health Centre, Station Road, Dumbarton, G82 1PW</w:t>
            </w:r>
          </w:p>
        </w:tc>
        <w:tc>
          <w:tcPr>
            <w:tcW w:w="2448" w:type="dxa"/>
          </w:tcPr>
          <w:p w14:paraId="65974F00" w14:textId="77777777" w:rsidR="008733CE" w:rsidRDefault="00C05BFA">
            <w:r>
              <w:t>01389 811855</w:t>
            </w:r>
          </w:p>
        </w:tc>
        <w:tc>
          <w:tcPr>
            <w:tcW w:w="2448" w:type="dxa"/>
          </w:tcPr>
          <w:p w14:paraId="78BEACD5" w14:textId="77777777" w:rsidR="008733CE" w:rsidRDefault="00C05BFA">
            <w:r>
              <w:t>Diana Collins</w:t>
            </w:r>
          </w:p>
        </w:tc>
        <w:tc>
          <w:tcPr>
            <w:tcW w:w="2448" w:type="dxa"/>
          </w:tcPr>
          <w:p w14:paraId="45F94E8E" w14:textId="77777777" w:rsidR="008733CE" w:rsidRDefault="00C05BFA">
            <w:r>
              <w:t>diana.collins@alliance-scotland.org.uk</w:t>
            </w:r>
          </w:p>
        </w:tc>
      </w:tr>
      <w:tr w:rsidR="008733CE" w14:paraId="427DCB77" w14:textId="77777777">
        <w:tc>
          <w:tcPr>
            <w:tcW w:w="2448" w:type="dxa"/>
            <w:shd w:val="clear" w:color="auto" w:fill="EAF2F8"/>
          </w:tcPr>
          <w:p w14:paraId="396F9A41" w14:textId="77777777" w:rsidR="008733CE" w:rsidRDefault="00C05BFA">
            <w:r>
              <w:t>Dr Dunn &amp; Partners</w:t>
            </w:r>
          </w:p>
        </w:tc>
        <w:tc>
          <w:tcPr>
            <w:tcW w:w="2448" w:type="dxa"/>
            <w:shd w:val="clear" w:color="auto" w:fill="EAF2F8"/>
          </w:tcPr>
          <w:p w14:paraId="097D6FAE" w14:textId="77777777" w:rsidR="008733CE" w:rsidRDefault="00C05BFA">
            <w:r>
              <w:t>Health Centre, Station Road, Dumbarton, G82 1PW</w:t>
            </w:r>
          </w:p>
        </w:tc>
        <w:tc>
          <w:tcPr>
            <w:tcW w:w="2448" w:type="dxa"/>
            <w:shd w:val="clear" w:color="auto" w:fill="EAF2F8"/>
          </w:tcPr>
          <w:p w14:paraId="2C32254D" w14:textId="77777777" w:rsidR="008733CE" w:rsidRDefault="00C05BFA">
            <w:r>
              <w:t>01389 811870</w:t>
            </w:r>
          </w:p>
        </w:tc>
        <w:tc>
          <w:tcPr>
            <w:tcW w:w="2448" w:type="dxa"/>
            <w:shd w:val="clear" w:color="auto" w:fill="EAF2F8"/>
          </w:tcPr>
          <w:p w14:paraId="1ACDD291" w14:textId="77777777" w:rsidR="008733CE" w:rsidRDefault="00C05BFA">
            <w:r>
              <w:t>Laura Haining</w:t>
            </w:r>
          </w:p>
        </w:tc>
        <w:tc>
          <w:tcPr>
            <w:tcW w:w="2448" w:type="dxa"/>
            <w:shd w:val="clear" w:color="auto" w:fill="EAF2F8"/>
          </w:tcPr>
          <w:p w14:paraId="6513C51D" w14:textId="77777777" w:rsidR="008733CE" w:rsidRDefault="00C05BFA">
            <w:r>
              <w:t>laura.haining@alliance-scotland.org.uk</w:t>
            </w:r>
          </w:p>
        </w:tc>
      </w:tr>
      <w:tr w:rsidR="008733CE" w14:paraId="49C67D81" w14:textId="77777777">
        <w:tc>
          <w:tcPr>
            <w:tcW w:w="2448" w:type="dxa"/>
          </w:tcPr>
          <w:p w14:paraId="6EF37D94" w14:textId="77777777" w:rsidR="008733CE" w:rsidRDefault="00C05BFA">
            <w:r>
              <w:t>Loch Lomond Surgery</w:t>
            </w:r>
          </w:p>
        </w:tc>
        <w:tc>
          <w:tcPr>
            <w:tcW w:w="2448" w:type="dxa"/>
          </w:tcPr>
          <w:p w14:paraId="0E257F72" w14:textId="77777777" w:rsidR="008733CE" w:rsidRDefault="00C05BFA">
            <w:r>
              <w:t>75 Bank Street, Alexandria, G83 0NB</w:t>
            </w:r>
          </w:p>
        </w:tc>
        <w:tc>
          <w:tcPr>
            <w:tcW w:w="2448" w:type="dxa"/>
          </w:tcPr>
          <w:p w14:paraId="4F96E273" w14:textId="77777777" w:rsidR="008733CE" w:rsidRDefault="00C05BFA">
            <w:r>
              <w:t>01389 752626</w:t>
            </w:r>
          </w:p>
        </w:tc>
        <w:tc>
          <w:tcPr>
            <w:tcW w:w="2448" w:type="dxa"/>
          </w:tcPr>
          <w:p w14:paraId="6A7A2BCB" w14:textId="77777777" w:rsidR="008733CE" w:rsidRDefault="00C05BFA">
            <w:r>
              <w:t>Laura Haining</w:t>
            </w:r>
          </w:p>
        </w:tc>
        <w:tc>
          <w:tcPr>
            <w:tcW w:w="2448" w:type="dxa"/>
          </w:tcPr>
          <w:p w14:paraId="6BEEF8AA" w14:textId="77777777" w:rsidR="008733CE" w:rsidRDefault="00C05BFA">
            <w:r>
              <w:t>laura.haining@alliance-scotland.org.uk</w:t>
            </w:r>
          </w:p>
        </w:tc>
      </w:tr>
      <w:tr w:rsidR="008733CE" w14:paraId="518F2ECE" w14:textId="77777777">
        <w:tc>
          <w:tcPr>
            <w:tcW w:w="2448" w:type="dxa"/>
            <w:shd w:val="clear" w:color="auto" w:fill="EAF2F8"/>
          </w:tcPr>
          <w:p w14:paraId="5EC99F7E" w14:textId="77777777" w:rsidR="008733CE" w:rsidRDefault="00C05BFA">
            <w:r>
              <w:t>Lennox Medical Practice</w:t>
            </w:r>
          </w:p>
        </w:tc>
        <w:tc>
          <w:tcPr>
            <w:tcW w:w="2448" w:type="dxa"/>
            <w:shd w:val="clear" w:color="auto" w:fill="EAF2F8"/>
          </w:tcPr>
          <w:p w14:paraId="77F8989C" w14:textId="77777777" w:rsidR="008733CE" w:rsidRDefault="00C05BFA">
            <w:r>
              <w:t>The Vale Centre for Health &amp; Care, Main Street, Alexandria G83 0UE</w:t>
            </w:r>
          </w:p>
        </w:tc>
        <w:tc>
          <w:tcPr>
            <w:tcW w:w="2448" w:type="dxa"/>
            <w:shd w:val="clear" w:color="auto" w:fill="EAF2F8"/>
          </w:tcPr>
          <w:p w14:paraId="170391D5" w14:textId="77777777" w:rsidR="008733CE" w:rsidRDefault="00C05BFA">
            <w:r>
              <w:t>01389 828616</w:t>
            </w:r>
          </w:p>
        </w:tc>
        <w:tc>
          <w:tcPr>
            <w:tcW w:w="2448" w:type="dxa"/>
            <w:shd w:val="clear" w:color="auto" w:fill="EAF2F8"/>
          </w:tcPr>
          <w:p w14:paraId="7EFE6746" w14:textId="77777777" w:rsidR="008733CE" w:rsidRDefault="00C05BFA">
            <w:r>
              <w:t>Martin Harkins</w:t>
            </w:r>
          </w:p>
        </w:tc>
        <w:tc>
          <w:tcPr>
            <w:tcW w:w="2448" w:type="dxa"/>
            <w:shd w:val="clear" w:color="auto" w:fill="EAF2F8"/>
          </w:tcPr>
          <w:p w14:paraId="00CCF2E7" w14:textId="77777777" w:rsidR="008733CE" w:rsidRDefault="00C05BFA">
            <w:r>
              <w:t>martin.harkins@alliance-scotland.org.uk</w:t>
            </w:r>
          </w:p>
        </w:tc>
      </w:tr>
      <w:tr w:rsidR="008733CE" w14:paraId="11A6231A" w14:textId="77777777">
        <w:tc>
          <w:tcPr>
            <w:tcW w:w="2448" w:type="dxa"/>
          </w:tcPr>
          <w:p w14:paraId="7D037916" w14:textId="77777777" w:rsidR="008733CE" w:rsidRDefault="00C05BFA">
            <w:r>
              <w:t>Inchcruin Medical Practice</w:t>
            </w:r>
          </w:p>
        </w:tc>
        <w:tc>
          <w:tcPr>
            <w:tcW w:w="2448" w:type="dxa"/>
          </w:tcPr>
          <w:p w14:paraId="09494E03" w14:textId="77777777" w:rsidR="008733CE" w:rsidRDefault="00C05BFA">
            <w:r>
              <w:t>The Vale Centre for Health and Care, Main Street, Alexandria, G83 0UE</w:t>
            </w:r>
          </w:p>
        </w:tc>
        <w:tc>
          <w:tcPr>
            <w:tcW w:w="2448" w:type="dxa"/>
          </w:tcPr>
          <w:p w14:paraId="5C4276DF" w14:textId="77777777" w:rsidR="008733CE" w:rsidRDefault="00C05BFA">
            <w:r>
              <w:t>01389 828600</w:t>
            </w:r>
          </w:p>
        </w:tc>
        <w:tc>
          <w:tcPr>
            <w:tcW w:w="2448" w:type="dxa"/>
          </w:tcPr>
          <w:p w14:paraId="7CD7222C" w14:textId="77777777" w:rsidR="008733CE" w:rsidRDefault="00C05BFA">
            <w:r>
              <w:t>Laura Haining</w:t>
            </w:r>
          </w:p>
        </w:tc>
        <w:tc>
          <w:tcPr>
            <w:tcW w:w="2448" w:type="dxa"/>
          </w:tcPr>
          <w:p w14:paraId="6446F807" w14:textId="77777777" w:rsidR="008733CE" w:rsidRDefault="00C05BFA">
            <w:r>
              <w:t>laura.haining@alliance-scotland.org.uk</w:t>
            </w:r>
          </w:p>
        </w:tc>
      </w:tr>
      <w:tr w:rsidR="008733CE" w14:paraId="1A5D2B60" w14:textId="77777777">
        <w:tc>
          <w:tcPr>
            <w:tcW w:w="2448" w:type="dxa"/>
            <w:shd w:val="clear" w:color="auto" w:fill="EAF2F8"/>
          </w:tcPr>
          <w:p w14:paraId="2D9D47E8" w14:textId="77777777" w:rsidR="008733CE" w:rsidRDefault="00C05BFA">
            <w:r>
              <w:t>Oak View Medical Practice</w:t>
            </w:r>
          </w:p>
        </w:tc>
        <w:tc>
          <w:tcPr>
            <w:tcW w:w="2448" w:type="dxa"/>
            <w:shd w:val="clear" w:color="auto" w:fill="EAF2F8"/>
          </w:tcPr>
          <w:p w14:paraId="05DC503F" w14:textId="77777777" w:rsidR="008733CE" w:rsidRDefault="00C05BFA">
            <w:r>
              <w:t>The Vale Centre for Health &amp; Care, North Main Street, Alexandria G83 0UA</w:t>
            </w:r>
          </w:p>
        </w:tc>
        <w:tc>
          <w:tcPr>
            <w:tcW w:w="2448" w:type="dxa"/>
            <w:shd w:val="clear" w:color="auto" w:fill="EAF2F8"/>
          </w:tcPr>
          <w:p w14:paraId="6FFF46DE" w14:textId="77777777" w:rsidR="008733CE" w:rsidRDefault="00C05BFA">
            <w:r>
              <w:t>01389 752650</w:t>
            </w:r>
          </w:p>
        </w:tc>
        <w:tc>
          <w:tcPr>
            <w:tcW w:w="2448" w:type="dxa"/>
            <w:shd w:val="clear" w:color="auto" w:fill="EAF2F8"/>
          </w:tcPr>
          <w:p w14:paraId="2F4EA584" w14:textId="77777777" w:rsidR="008733CE" w:rsidRDefault="00C05BFA">
            <w:r>
              <w:t>Jacqui Cairns</w:t>
            </w:r>
          </w:p>
        </w:tc>
        <w:tc>
          <w:tcPr>
            <w:tcW w:w="2448" w:type="dxa"/>
            <w:shd w:val="clear" w:color="auto" w:fill="EAF2F8"/>
          </w:tcPr>
          <w:p w14:paraId="77307DF6" w14:textId="77777777" w:rsidR="008733CE" w:rsidRDefault="00C05BFA">
            <w:r>
              <w:t>jacqui.cairns@alliance-scotland.org.uk</w:t>
            </w:r>
          </w:p>
        </w:tc>
      </w:tr>
    </w:tbl>
    <w:p w14:paraId="0355AFA9" w14:textId="77777777" w:rsidR="00C05BFA" w:rsidRDefault="00C05BFA"/>
    <w:sectPr w:rsidR="00C05BFA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62421065">
    <w:abstractNumId w:val="8"/>
  </w:num>
  <w:num w:numId="2" w16cid:durableId="1396005284">
    <w:abstractNumId w:val="6"/>
  </w:num>
  <w:num w:numId="3" w16cid:durableId="95637087">
    <w:abstractNumId w:val="5"/>
  </w:num>
  <w:num w:numId="4" w16cid:durableId="1142305267">
    <w:abstractNumId w:val="4"/>
  </w:num>
  <w:num w:numId="5" w16cid:durableId="1039672405">
    <w:abstractNumId w:val="7"/>
  </w:num>
  <w:num w:numId="6" w16cid:durableId="1956523195">
    <w:abstractNumId w:val="3"/>
  </w:num>
  <w:num w:numId="7" w16cid:durableId="1577013192">
    <w:abstractNumId w:val="2"/>
  </w:num>
  <w:num w:numId="8" w16cid:durableId="1111362930">
    <w:abstractNumId w:val="1"/>
  </w:num>
  <w:num w:numId="9" w16cid:durableId="959990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1613"/>
    <w:rsid w:val="0015074B"/>
    <w:rsid w:val="00182B85"/>
    <w:rsid w:val="0029639D"/>
    <w:rsid w:val="00326F90"/>
    <w:rsid w:val="008733CE"/>
    <w:rsid w:val="008B0602"/>
    <w:rsid w:val="008D2B55"/>
    <w:rsid w:val="00AA1D8D"/>
    <w:rsid w:val="00AC2EAB"/>
    <w:rsid w:val="00B47730"/>
    <w:rsid w:val="00B95CA2"/>
    <w:rsid w:val="00C05BFA"/>
    <w:rsid w:val="00CB0664"/>
    <w:rsid w:val="00DC4CFE"/>
    <w:rsid w:val="00E626C8"/>
    <w:rsid w:val="00EA524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C4A322"/>
  <w14:defaultImageDpi w14:val="330"/>
  <w15:docId w15:val="{26EE951E-B5B8-4159-9B9C-54A7BC6BC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325</Words>
  <Characters>2252</Characters>
  <Application>Microsoft Office Word</Application>
  <DocSecurity>2</DocSecurity>
  <Lines>160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Miller</dc:creator>
  <cp:keywords/>
  <dc:description>generated by python-docx</dc:description>
  <cp:lastModifiedBy>Brian McEwan</cp:lastModifiedBy>
  <cp:revision>5</cp:revision>
  <cp:lastPrinted>2026-09-18T09:21:00Z</cp:lastPrinted>
  <dcterms:created xsi:type="dcterms:W3CDTF">2026-09-02T16:13:00Z</dcterms:created>
  <dcterms:modified xsi:type="dcterms:W3CDTF">2026-09-18T09:24:00Z</dcterms:modified>
  <cp:category/>
</cp:coreProperties>
</file>